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10 DAY PAYOFF LETTER</w:t>
      </w:r>
    </w:p>
    <w:p/>
    <w:p/>
    <w:p>
      <w:r>
        <w:rPr>
          <w:b/>
          <w:sz w:val="20"/>
        </w:rPr>
        <w:t>Lender Information:</w:t>
      </w:r>
    </w:p>
    <w:p>
      <w:r>
        <w:rPr>
          <w:b w:val="0"/>
          <w:sz w:val="20"/>
        </w:rPr>
        <w:t>Lender Name: ________________________________________________________</w:t>
      </w:r>
    </w:p>
    <w:p>
      <w:r>
        <w:rPr>
          <w:b w:val="0"/>
          <w:sz w:val="20"/>
        </w:rPr>
        <w:t>Address: ___________________________________________________________</w:t>
      </w:r>
    </w:p>
    <w:p>
      <w:r>
        <w:rPr>
          <w:b w:val="0"/>
          <w:sz w:val="20"/>
        </w:rPr>
        <w:t>City, State, ZIP: _________________________________________________</w:t>
      </w:r>
    </w:p>
    <w:p>
      <w:r>
        <w:rPr>
          <w:b w:val="0"/>
          <w:sz w:val="20"/>
        </w:rPr>
        <w:t>Phone Number: _____________________________________________________</w:t>
      </w:r>
    </w:p>
    <w:p>
      <w:r>
        <w:rPr>
          <w:b w:val="0"/>
          <w:sz w:val="20"/>
        </w:rPr>
        <w:t>Email: _____________________________________________________________</w:t>
      </w:r>
    </w:p>
    <w:p/>
    <w:p>
      <w:r>
        <w:rPr>
          <w:b/>
          <w:sz w:val="20"/>
        </w:rPr>
        <w:t>Borrower Information:</w:t>
      </w:r>
    </w:p>
    <w:p>
      <w:r>
        <w:rPr>
          <w:b w:val="0"/>
          <w:sz w:val="20"/>
        </w:rPr>
        <w:t>Borrower Name(s): _________________________________________________</w:t>
      </w:r>
    </w:p>
    <w:p>
      <w:r>
        <w:rPr>
          <w:b w:val="0"/>
          <w:sz w:val="20"/>
        </w:rPr>
        <w:t>Address: ___________________________________________________________</w:t>
      </w:r>
    </w:p>
    <w:p>
      <w:r>
        <w:rPr>
          <w:b w:val="0"/>
          <w:sz w:val="20"/>
        </w:rPr>
        <w:t>City, State, ZIP: _________________________________________________</w:t>
      </w:r>
    </w:p>
    <w:p>
      <w:r>
        <w:rPr>
          <w:b w:val="0"/>
          <w:sz w:val="20"/>
        </w:rPr>
        <w:t>Phone Number: _____________________________________________________</w:t>
      </w:r>
    </w:p>
    <w:p>
      <w:r>
        <w:rPr>
          <w:b w:val="0"/>
          <w:sz w:val="20"/>
        </w:rPr>
        <w:t>Email: _____________________________________________________________</w:t>
      </w:r>
    </w:p>
    <w:p/>
    <w:p/>
    <w:p>
      <w:r>
        <w:rPr>
          <w:b/>
          <w:sz w:val="20"/>
        </w:rPr>
        <w:t>RE: Notice of Payoff Demand – Loan Account No.: ______________________</w:t>
      </w:r>
    </w:p>
    <w:p/>
    <w:p>
      <w:r>
        <w:rPr>
          <w:b w:val="0"/>
          <w:sz w:val="20"/>
        </w:rPr>
        <w:t>Dear Borrower(s),</w:t>
      </w:r>
    </w:p>
    <w:p/>
    <w:p>
      <w:r>
        <w:rPr>
          <w:b w:val="0"/>
          <w:sz w:val="20"/>
        </w:rPr>
        <w:t>This letter serves as a formal demand for the full payoff of the outstanding debt secured by the above referenced loan account. You are hereby notified that you have TEN (10) CALENDAR DAYS from the date of receipt of this letter to remit payment in full.</w:t>
      </w:r>
    </w:p>
    <w:p/>
    <w:p>
      <w:r>
        <w:rPr>
          <w:b/>
          <w:sz w:val="20"/>
        </w:rPr>
        <w:t>Outstanding Payoff Amount:</w:t>
      </w:r>
    </w:p>
    <w:p>
      <w:r>
        <w:rPr>
          <w:b w:val="0"/>
          <w:sz w:val="20"/>
        </w:rPr>
        <w:t>Principal Balance: _____________________________ USD</w:t>
      </w:r>
    </w:p>
    <w:p>
      <w:r>
        <w:rPr>
          <w:b w:val="0"/>
          <w:sz w:val="20"/>
        </w:rPr>
        <w:t>Accrued Interest: ______________________________ USD</w:t>
      </w:r>
    </w:p>
    <w:p>
      <w:r>
        <w:rPr>
          <w:b w:val="0"/>
          <w:sz w:val="20"/>
        </w:rPr>
        <w:t>Late Charges (if any): __________________________ USD</w:t>
      </w:r>
    </w:p>
    <w:p>
      <w:r>
        <w:rPr>
          <w:b w:val="0"/>
          <w:sz w:val="20"/>
        </w:rPr>
        <w:t>Other Fees: ____________________________________ USD</w:t>
      </w:r>
    </w:p>
    <w:p>
      <w:r>
        <w:rPr>
          <w:b w:val="0"/>
          <w:sz w:val="20"/>
        </w:rPr>
        <w:t>Total Payoff Amount: ___________________________ USD</w:t>
      </w:r>
    </w:p>
    <w:p/>
    <w:p>
      <w:r>
        <w:rPr>
          <w:b w:val="0"/>
          <w:sz w:val="20"/>
        </w:rPr>
        <w:t>Payment must be received in full no later than 5:00 PM (local time) on the 10th calendar day following receipt of this notice.</w:t>
      </w:r>
    </w:p>
    <w:p/>
    <w:p>
      <w:r>
        <w:rPr>
          <w:b/>
          <w:sz w:val="20"/>
        </w:rPr>
        <w:t>Payment Instructions:</w:t>
      </w:r>
    </w:p>
    <w:p>
      <w:r>
        <w:rPr>
          <w:b w:val="0"/>
          <w:sz w:val="20"/>
        </w:rPr>
        <w:t>Please remit the total payoff amount via certified funds, cashier’s check, or wire transfer to the address or account listed below:</w:t>
      </w:r>
    </w:p>
    <w:p>
      <w:r>
        <w:rPr>
          <w:b w:val="0"/>
          <w:sz w:val="20"/>
        </w:rPr>
        <w:t>Payment Address / Wire Transfer Instructions:</w:t>
      </w:r>
    </w:p>
    <w:p>
      <w:r>
        <w:rPr>
          <w:b w:val="0"/>
          <w:sz w:val="20"/>
        </w:rPr>
        <w:t>______________________________________________________________</w:t>
      </w:r>
    </w:p>
    <w:p>
      <w:r>
        <w:rPr>
          <w:b w:val="0"/>
          <w:sz w:val="20"/>
        </w:rPr>
        <w:t>______________________________________________________________</w:t>
      </w:r>
    </w:p>
    <w:p>
      <w:r>
        <w:rPr>
          <w:b w:val="0"/>
          <w:sz w:val="20"/>
        </w:rPr>
        <w:t>______________________________________________________________</w:t>
      </w:r>
    </w:p>
    <w:p/>
    <w:p>
      <w:r>
        <w:rPr>
          <w:b/>
          <w:sz w:val="20"/>
        </w:rPr>
        <w:t>Consequences of Non-Payment:</w:t>
      </w:r>
    </w:p>
    <w:p>
      <w:r>
        <w:rPr>
          <w:b w:val="0"/>
          <w:sz w:val="20"/>
        </w:rPr>
        <w:t>Failure to satisfy the total payoff amount within the specified ten (10) day period may result in acceleration of the loan, initiation of foreclosure proceedings, and/or reporting of delinquency to credit bureaus. You may incur additional costs, including legal fees and court costs, which will be your responsibility.</w:t>
      </w:r>
    </w:p>
    <w:p/>
    <w:p>
      <w:r>
        <w:rPr>
          <w:b/>
          <w:sz w:val="20"/>
        </w:rPr>
        <w:t>Borrower Rights and Obligations:</w:t>
      </w:r>
    </w:p>
    <w:p>
      <w:r>
        <w:rPr>
          <w:b w:val="0"/>
          <w:sz w:val="20"/>
        </w:rPr>
        <w:t>You have the right to request a written payoff statement and to dispute any alleged amounts owed. Please contact us immediately if you believe there is an error in this notice to avoid adverse actions.</w:t>
      </w:r>
    </w:p>
    <w:p/>
    <w:p>
      <w:r>
        <w:rPr>
          <w:b w:val="0"/>
          <w:sz w:val="20"/>
        </w:rPr>
        <w:t>For questions or assistance, please contact our Loan Servicing Department at:</w:t>
      </w:r>
    </w:p>
    <w:p>
      <w:r>
        <w:rPr>
          <w:b w:val="0"/>
          <w:sz w:val="20"/>
        </w:rPr>
        <w:t>Phone: _____________________________________________________________</w:t>
      </w:r>
    </w:p>
    <w:p>
      <w:r>
        <w:rPr>
          <w:b w:val="0"/>
          <w:sz w:val="20"/>
        </w:rPr>
        <w:t>Email: _____________________________________________________________</w:t>
      </w:r>
    </w:p>
    <w:p/>
    <w:p>
      <w:r>
        <w:rPr>
          <w:b/>
          <w:sz w:val="20"/>
        </w:rPr>
        <w:t>Important Legal Notice:</w:t>
      </w:r>
    </w:p>
    <w:p>
      <w:r>
        <w:rPr>
          <w:b w:val="0"/>
          <w:sz w:val="20"/>
        </w:rPr>
        <w:t>This letter is sent pursuant to applicable federal and state laws governing debt collection and loan payoff demands. This communication is an attempt to collect a debt and any information obtained will be used for that purpose. If you have already paid this obligation, please disregard this notice and contact us immediately with proof of payment.</w:t>
      </w:r>
    </w:p>
    <w:p/>
    <w:p/>
    <w:p>
      <w:r>
        <w:rPr>
          <w:b w:val="0"/>
          <w:sz w:val="20"/>
        </w:rPr>
        <w:t>Sincerely,</w:t>
      </w:r>
    </w:p>
    <w:p/>
    <w:p/>
    <w:p/>
    <w:p>
      <w:r>
        <w:rPr>
          <w:b w:val="0"/>
          <w:sz w:val="20"/>
        </w:rPr>
        <w:t>Authorized Representative Signature: ________________________________</w:t>
      </w:r>
    </w:p>
    <w:p>
      <w:r>
        <w:rPr>
          <w:b w:val="0"/>
          <w:sz w:val="20"/>
        </w:rPr>
        <w:t>Name: _____________________________________________________________</w:t>
      </w:r>
    </w:p>
    <w:p>
      <w:r>
        <w:rPr>
          <w:b w:val="0"/>
          <w:sz w:val="20"/>
        </w:rPr>
        <w:t>Title: _____________________________________________________________</w:t>
      </w:r>
    </w:p>
    <w:p>
      <w:r>
        <w:rPr>
          <w:b w:val="0"/>
          <w:sz w:val="20"/>
        </w:rPr>
        <w:t>Lender: ___________________________________________________________</w:t>
      </w:r>
    </w:p>
    <w:p/>
    <w:p/>
    <w:p>
      <w:r>
        <w:rPr>
          <w:b w:val="0"/>
          <w:sz w:val="20"/>
        </w:rPr>
        <w:t>Place: ___________________________________</w:t>
      </w:r>
    </w:p>
    <w:p>
      <w:r>
        <w:rPr>
          <w:b w:val="0"/>
          <w:sz w:val="20"/>
        </w:rPr>
        <w:t>Date: 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__________________________________</w:t>
            </w:r>
          </w:p>
        </w:tc>
        <w:tc>
          <w:tcPr>
            <w:tcW w:type="dxa" w:w="4986"/>
            <w:tcBorders>
              <w:top w:val="nil"/>
              <w:left w:val="nil"/>
              <w:bottom w:val="nil"/>
              <w:right w:val="nil"/>
              <w:insideH w:val="nil"/>
              <w:insideV w:val="nil"/>
            </w:tcBorders>
          </w:tcPr>
          <w:p>
            <w:pPr>
              <w:jc w:val="center"/>
            </w:pPr>
            <w:r>
              <w:t>Name(s): 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https://lettertemplate-us.com/10-day-payoff-letter/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10-day-payoff-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