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NOTICE OF TERMINATION – TWO WEEKS</w:t>
      </w:r>
    </w:p>
    <w:p/>
    <w:p/>
    <w:p>
      <w:r>
        <w:rPr>
          <w:b/>
          <w:sz w:val="20"/>
        </w:rPr>
        <w:t>To:</w:t>
      </w:r>
    </w:p>
    <w:p>
      <w:r>
        <w:rPr>
          <w:b w:val="0"/>
          <w:sz w:val="20"/>
        </w:rPr>
        <w:t>Recipient Name: __________________________________________________________</w:t>
      </w:r>
    </w:p>
    <w:p>
      <w:r>
        <w:rPr>
          <w:b w:val="0"/>
          <w:sz w:val="20"/>
        </w:rPr>
        <w:t>Recipient Address: _______________________________________________________</w:t>
      </w:r>
    </w:p>
    <w:p>
      <w:r>
        <w:rPr>
          <w:b w:val="0"/>
          <w:sz w:val="20"/>
        </w:rPr>
        <w:t>City, State, ZIP: _________________________________________________________</w:t>
      </w:r>
    </w:p>
    <w:p/>
    <w:p>
      <w:r>
        <w:rPr>
          <w:b/>
          <w:sz w:val="20"/>
        </w:rPr>
        <w:t>From:</w:t>
      </w:r>
    </w:p>
    <w:p>
      <w:r>
        <w:rPr>
          <w:b w:val="0"/>
          <w:sz w:val="20"/>
        </w:rPr>
        <w:t>Sender Name: ____________________________________________________________</w:t>
      </w:r>
    </w:p>
    <w:p>
      <w:r>
        <w:rPr>
          <w:b w:val="0"/>
          <w:sz w:val="20"/>
        </w:rPr>
        <w:t>Sender Address: _________________________________________________________</w:t>
      </w:r>
    </w:p>
    <w:p>
      <w:r>
        <w:rPr>
          <w:b w:val="0"/>
          <w:sz w:val="20"/>
        </w:rPr>
        <w:t>City, State, ZIP: _________________________________________________________</w:t>
      </w:r>
    </w:p>
    <w:p/>
    <w:p>
      <w:r>
        <w:rPr>
          <w:b/>
          <w:sz w:val="20"/>
        </w:rPr>
        <w:t>Subject: Termination Notice – Two Weeks</w:t>
      </w:r>
    </w:p>
    <w:p/>
    <w:p>
      <w:r>
        <w:rPr>
          <w:b w:val="0"/>
          <w:sz w:val="20"/>
        </w:rPr>
        <w:t>Dear Sir or Madam,</w:t>
      </w:r>
    </w:p>
    <w:p/>
    <w:p>
      <w:r>
        <w:rPr>
          <w:b w:val="0"/>
          <w:sz w:val="20"/>
        </w:rPr>
        <w:t>This letter serves as a formal notice of termination regarding the agreement between the parties referenced above. Pursuant to the terms and conditions outlined in the contract, and in accordance with applicable United States laws, this notice provides a two-week period before termination becomes effective.</w:t>
      </w:r>
    </w:p>
    <w:p/>
    <w:p>
      <w:r>
        <w:rPr>
          <w:b/>
          <w:sz w:val="22"/>
        </w:rPr>
        <w:t>1. Contract / Agreement Information</w:t>
      </w:r>
    </w:p>
    <w:p>
      <w:r>
        <w:rPr>
          <w:b w:val="0"/>
          <w:sz w:val="20"/>
        </w:rPr>
        <w:t>Type of Agreement: ________________________________________________________</w:t>
      </w:r>
    </w:p>
    <w:p>
      <w:r>
        <w:rPr>
          <w:b w:val="0"/>
          <w:sz w:val="20"/>
        </w:rPr>
        <w:t>Effective Date of Agreement: _______________________________________________</w:t>
      </w:r>
    </w:p>
    <w:p>
      <w:r>
        <w:rPr>
          <w:b w:val="0"/>
          <w:sz w:val="20"/>
        </w:rPr>
        <w:t>Contract Number or Reference: _______________________________________________</w:t>
      </w:r>
    </w:p>
    <w:p/>
    <w:p>
      <w:r>
        <w:rPr>
          <w:b/>
          <w:sz w:val="22"/>
        </w:rPr>
        <w:t>2. Grounds for Termination</w:t>
      </w:r>
    </w:p>
    <w:p>
      <w:r>
        <w:rPr>
          <w:b/>
          <w:sz w:val="20"/>
        </w:rPr>
        <w:t>The termination is initiated based on the following grounds (check applicable):</w:t>
      </w:r>
    </w:p>
    <w:p>
      <w:r>
        <w:rPr>
          <w:b w:val="0"/>
          <w:sz w:val="20"/>
        </w:rPr>
        <w:t>[ ] Breach of contract as specified in the agreement.</w:t>
      </w:r>
    </w:p>
    <w:p>
      <w:r>
        <w:rPr>
          <w:b w:val="0"/>
          <w:sz w:val="20"/>
        </w:rPr>
        <w:t>[ ] Mutual agreement between parties.</w:t>
      </w:r>
    </w:p>
    <w:p>
      <w:r>
        <w:rPr>
          <w:b w:val="0"/>
          <w:sz w:val="20"/>
        </w:rPr>
        <w:t>[ ] Expiration of contract term.</w:t>
      </w:r>
    </w:p>
    <w:p>
      <w:r>
        <w:rPr>
          <w:b w:val="0"/>
          <w:sz w:val="20"/>
        </w:rPr>
        <w:t>[ ] Other (please specify): _________________________________________________</w:t>
      </w:r>
    </w:p>
    <w:p/>
    <w:p>
      <w:r>
        <w:rPr>
          <w:b/>
          <w:sz w:val="22"/>
        </w:rPr>
        <w:t>3. Termination Date</w:t>
      </w:r>
    </w:p>
    <w:p>
      <w:r>
        <w:rPr>
          <w:b w:val="0"/>
          <w:sz w:val="20"/>
        </w:rPr>
        <w:t>The termination will take effect at the conclusion of two weeks following the date of delivery of this notice to the recipient.</w:t>
      </w:r>
    </w:p>
    <w:p/>
    <w:p>
      <w:r>
        <w:rPr>
          <w:b/>
          <w:sz w:val="22"/>
        </w:rPr>
        <w:t>4. Obligations During Notice Period</w:t>
      </w:r>
    </w:p>
    <w:p>
      <w:r>
        <w:rPr>
          <w:b w:val="0"/>
          <w:sz w:val="20"/>
        </w:rPr>
        <w:t>During the two-week notice period, both parties shall continue to comply with the obligations and duties set forth in the agreement, unless otherwise mutually agreed in writing.</w:t>
      </w:r>
    </w:p>
    <w:p/>
    <w:p>
      <w:r>
        <w:rPr>
          <w:b/>
          <w:sz w:val="22"/>
        </w:rPr>
        <w:t>5. Return of Property and Materials</w:t>
      </w:r>
    </w:p>
    <w:p>
      <w:r>
        <w:rPr>
          <w:b w:val="0"/>
          <w:sz w:val="20"/>
        </w:rPr>
        <w:t>Upon termination, the recipient shall return to the sender all property, materials, documents, and any other items belonging to the sender without undue delay.</w:t>
      </w:r>
    </w:p>
    <w:p/>
    <w:p>
      <w:r>
        <w:rPr>
          <w:b/>
          <w:sz w:val="22"/>
        </w:rPr>
        <w:t>6. Final Payments and Accounting</w:t>
      </w:r>
    </w:p>
    <w:p>
      <w:r>
        <w:rPr>
          <w:b w:val="0"/>
          <w:sz w:val="20"/>
        </w:rPr>
        <w:t>Any outstanding payments, invoices, or financial obligations must be settled in full prior to or at the effective termination date, subject to the terms of the original agreement.</w:t>
      </w:r>
    </w:p>
    <w:p/>
    <w:p>
      <w:r>
        <w:rPr>
          <w:b/>
          <w:sz w:val="22"/>
        </w:rPr>
        <w:t>7. Confidentiality</w:t>
      </w:r>
    </w:p>
    <w:p>
      <w:r>
        <w:rPr>
          <w:b w:val="0"/>
          <w:sz w:val="20"/>
        </w:rPr>
        <w:t>Both parties acknowledge that all confidential information obtained during the term of the agreement will remain protected and confidential following termination, pursuant to the confidentiality provisions of the agreement and applicable law.</w:t>
      </w:r>
    </w:p>
    <w:p/>
    <w:p>
      <w:r>
        <w:rPr>
          <w:b/>
          <w:sz w:val="22"/>
        </w:rPr>
        <w:t>8. Release of Liability</w:t>
      </w:r>
    </w:p>
    <w:p>
      <w:r>
        <w:rPr>
          <w:b w:val="0"/>
          <w:sz w:val="20"/>
        </w:rPr>
        <w:t>Except for obligations expressly stated in this notice or the underlying agreement, neither party shall be liable for any claims, damages, or losses arising solely from this termination notice.</w:t>
      </w:r>
    </w:p>
    <w:p/>
    <w:p>
      <w:r>
        <w:rPr>
          <w:b/>
          <w:sz w:val="22"/>
        </w:rPr>
        <w:t>9. Governing Law and Dispute Resolution</w:t>
      </w:r>
    </w:p>
    <w:p>
      <w:r>
        <w:rPr>
          <w:b w:val="0"/>
          <w:sz w:val="20"/>
        </w:rPr>
        <w:t>This termination notice and its enforcement shall be governed by the laws of the United States and the applicable state jurisdiction. Any disputes arising from this notice shall be resolved through negotiation or, failing that, through the competent courts of the state specified in the agreement.</w:t>
      </w:r>
    </w:p>
    <w:p/>
    <w:p>
      <w:r>
        <w:rPr>
          <w:b/>
          <w:sz w:val="22"/>
        </w:rPr>
        <w:t>10. Additional Provisions</w:t>
      </w:r>
    </w:p>
    <w:p>
      <w:r>
        <w:rPr>
          <w:b w:val="0"/>
          <w:sz w:val="20"/>
        </w:rPr>
        <w:t>____________________________________________________________________________</w:t>
      </w:r>
    </w:p>
    <w:p>
      <w:r>
        <w:rPr>
          <w:b w:val="0"/>
          <w:sz w:val="20"/>
        </w:rPr>
        <w:t>____________________________________________________________________________</w:t>
      </w:r>
    </w:p>
    <w:p>
      <w:r>
        <w:rPr>
          <w:b w:val="0"/>
          <w:sz w:val="20"/>
        </w:rPr>
        <w:t>____________________________________________________________________________</w:t>
      </w:r>
    </w:p>
    <w:p/>
    <w:p/>
    <w:p>
      <w:r>
        <w:rPr>
          <w:b w:val="0"/>
          <w:sz w:val="20"/>
        </w:rPr>
        <w:t>Please acknowledge receipt of this notice by signing below.</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SENDER</w:t>
            </w:r>
          </w:p>
        </w:tc>
        <w:tc>
          <w:tcPr>
            <w:tcW w:type="dxa" w:w="4986"/>
            <w:tcBorders>
              <w:top w:val="nil"/>
              <w:left w:val="nil"/>
              <w:bottom w:val="nil"/>
              <w:right w:val="nil"/>
              <w:insideH w:val="nil"/>
              <w:insideV w:val="nil"/>
            </w:tcBorders>
          </w:tcPr>
          <w:p>
            <w:pPr>
              <w:jc w:val="center"/>
            </w:pPr>
            <w:r>
              <w:t>RECIPIENT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p/>
    <w:p>
      <w:r>
        <w:rPr>
          <w:b w:val="0"/>
          <w:sz w:val="20"/>
        </w:rPr>
        <w:t>Place of Notice Delivery: ___________________________________________</w:t>
      </w:r>
    </w:p>
    <w:p/>
    <w:p/>
    <w:p>
      <w:r>
        <w:br w:type="page"/>
      </w:r>
    </w:p>
    <w:p>
      <w:pPr>
        <w:jc w:val="center"/>
      </w:pPr>
      <w:r>
        <w:rPr>
          <w:color w:val="555555"/>
          <w:sz w:val="24"/>
        </w:rPr>
        <w:t>Original source of this document:</w:t>
      </w:r>
    </w:p>
    <w:p>
      <w:pPr>
        <w:jc w:val="center"/>
      </w:pPr>
      <w:hyperlink r:id="rId9">
        <w:r>
          <w:rPr>
            <w:color w:val="0000FF"/>
            <w:u w:val="single"/>
          </w:rPr>
          <w:t>https://lettertemplate-us.com/2-weeks-letter/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https://lettertemplate-us.com</w:t>
        </w:r>
      </w:hyperlink>
    </w:p>
    <w:p>
      <w:pPr>
        <w:jc w:val="center"/>
      </w:pPr>
      <w:r>
        <w:rPr>
          <w:color w:val="808080"/>
          <w:sz w:val="20"/>
        </w:rPr>
        <w:t>This template is intended exclusively for personal, non-commercial use.</w:t>
        <w:br/>
        <w:t>If distributed or published, the source must be mentioned. © lettertemplate-us.com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template-us.com/2-weeks-letter/" TargetMode="External"/><Relationship Id="rId10" Type="http://schemas.openxmlformats.org/officeDocument/2006/relationships/hyperlink" Target="https://letter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