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ABANDONED PERSONAL PROPERTY NOTICE</w:t>
      </w:r>
    </w:p>
    <w:p/>
    <w:p>
      <w:r>
        <w:rPr>
          <w:b/>
          <w:sz w:val="20"/>
        </w:rPr>
        <w:t>To Whom It May Concern:</w:t>
      </w:r>
    </w:p>
    <w:p/>
    <w:p>
      <w:r>
        <w:rPr>
          <w:b w:val="0"/>
          <w:sz w:val="20"/>
        </w:rPr>
        <w:t>This letter serves as formal notification regarding personal property that has been deemed abandoned and is currently in the possession of the undersigned. Pursuant to applicable United States laws governing abandoned property, this notice is provided to comply with all legal requirements, and to inform any interested parties of their rights and obligations.</w:t>
      </w:r>
    </w:p>
    <w:p/>
    <w:p/>
    <w:p>
      <w:r>
        <w:rPr>
          <w:b/>
          <w:sz w:val="20"/>
        </w:rPr>
        <w:t>Property Description:</w:t>
      </w:r>
    </w:p>
    <w:p>
      <w:r>
        <w:rPr>
          <w:b w:val="0"/>
          <w:sz w:val="20"/>
        </w:rPr>
        <w:t>The abandoned property consists of the following items: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Location and Custody of Property:</w:t>
      </w:r>
    </w:p>
    <w:p>
      <w:r>
        <w:rPr>
          <w:b w:val="0"/>
          <w:sz w:val="20"/>
        </w:rPr>
        <w:t>The property is currently stored at the following location and under the custody of the undersigned or their authorized agent:</w:t>
      </w:r>
    </w:p>
    <w:p>
      <w:r>
        <w:rPr>
          <w:b w:val="0"/>
          <w:sz w:val="20"/>
        </w:rPr>
        <w:t>Address: ________________________________________________________________</w:t>
      </w:r>
    </w:p>
    <w:p>
      <w:r>
        <w:rPr>
          <w:b w:val="0"/>
          <w:sz w:val="20"/>
        </w:rPr>
        <w:t>Contact Name: ___________________________________________________________</w:t>
      </w:r>
    </w:p>
    <w:p>
      <w:r>
        <w:rPr>
          <w:b w:val="0"/>
          <w:sz w:val="20"/>
        </w:rPr>
        <w:t>Contact Phone: __________________________________________________________</w:t>
      </w:r>
    </w:p>
    <w:p>
      <w:r>
        <w:rPr>
          <w:b w:val="0"/>
          <w:sz w:val="20"/>
        </w:rPr>
        <w:t>Contact Email: ___________________________________________________________</w:t>
      </w:r>
    </w:p>
    <w:p/>
    <w:p>
      <w:r>
        <w:rPr>
          <w:b/>
          <w:sz w:val="20"/>
        </w:rPr>
        <w:t>Notice of Intent to Dispose:</w:t>
      </w:r>
    </w:p>
    <w:p>
      <w:r>
        <w:rPr>
          <w:b w:val="0"/>
          <w:sz w:val="20"/>
        </w:rPr>
        <w:t>If the owner or other entitled party does not claim the property within thirty (30) days from the date of receipt of this notice, the undersigned intends to dispose of the property in accordance with applicable state and federal laws, which may include sale, donation, or destruction.</w:t>
      </w:r>
    </w:p>
    <w:p/>
    <w:p>
      <w:r>
        <w:rPr>
          <w:b/>
          <w:sz w:val="20"/>
        </w:rPr>
        <w:t>Claiming the Property:</w:t>
      </w:r>
    </w:p>
    <w:p>
      <w:r>
        <w:rPr>
          <w:b w:val="0"/>
          <w:sz w:val="20"/>
        </w:rPr>
        <w:t>Any person claiming ownership or a legal interest in the property must provide satisfactory proof of ownership or entitlement and must contact the undersigned immediately to arrange for retrieval.</w:t>
      </w:r>
    </w:p>
    <w:p>
      <w:r>
        <w:rPr>
          <w:b w:val="0"/>
          <w:sz w:val="20"/>
        </w:rPr>
        <w:t>Proof of ownership may include, but is not limited to, bills of sale, receipts, registration papers, or other relevant documentation.</w:t>
      </w:r>
    </w:p>
    <w:p/>
    <w:p>
      <w:r>
        <w:rPr>
          <w:b/>
          <w:sz w:val="20"/>
        </w:rPr>
        <w:t>Liability Disclaimer:</w:t>
      </w:r>
    </w:p>
    <w:p>
      <w:r>
        <w:rPr>
          <w:b w:val="0"/>
          <w:sz w:val="20"/>
        </w:rPr>
        <w:t>The undersigned expressly disclaims any liability for loss, damage, or theft of the property while it is in custody. Claimants assume all risks associated with retrieval and removal.</w:t>
      </w:r>
    </w:p>
    <w:p/>
    <w:p>
      <w:r>
        <w:rPr>
          <w:b/>
          <w:sz w:val="20"/>
        </w:rPr>
        <w:t>Governing Law and Jurisdiction:</w:t>
      </w:r>
    </w:p>
    <w:p>
      <w:r>
        <w:rPr>
          <w:b w:val="0"/>
          <w:sz w:val="20"/>
        </w:rPr>
        <w:t>This notice and any related matters shall be governed by and construed in accordance with the laws of the state where the property is held. Any disputes arising from this notice or the abandoned property shall be subject to the exclusive jurisdiction of the courts located within that state.</w:t>
      </w:r>
    </w:p>
    <w:p/>
    <w:p>
      <w:r>
        <w:rPr>
          <w:b/>
          <w:sz w:val="20"/>
        </w:rPr>
        <w:t>Contact Information for Claims and Inquiries:</w:t>
      </w:r>
    </w:p>
    <w:p>
      <w:r>
        <w:rPr>
          <w:b w:val="0"/>
          <w:sz w:val="20"/>
        </w:rPr>
        <w:t>Name: ________________________________________________________________</w:t>
      </w:r>
    </w:p>
    <w:p>
      <w:r>
        <w:rPr>
          <w:b w:val="0"/>
          <w:sz w:val="20"/>
        </w:rPr>
        <w:t>Title/Position: _________________________________________________________</w:t>
      </w:r>
    </w:p>
    <w:p>
      <w:r>
        <w:rPr>
          <w:b w:val="0"/>
          <w:sz w:val="20"/>
        </w:rPr>
        <w:t>Company/Organization (if applicable): 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PROPERTY CUSTODIAN</w:t>
            </w:r>
          </w:p>
        </w:tc>
        <w:tc>
          <w:tcPr>
            <w:tcW w:type="dxa" w:w="4986"/>
            <w:tcBorders>
              <w:top w:val="nil"/>
              <w:left w:val="nil"/>
              <w:bottom w:val="nil"/>
              <w:right w:val="nil"/>
              <w:insideH w:val="nil"/>
              <w:insideV w:val="nil"/>
            </w:tcBorders>
          </w:tcPr>
          <w:p>
            <w:pPr>
              <w:jc w:val="center"/>
            </w:pPr>
            <w:r>
              <w:t>CLAIMANT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Additional Notes or Attachments: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https://lettertemplate-us.com/abandoned-property-letter/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abandoned-property-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