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ACCOUNTANT CLIENT TERMINATION LETTER</w:t>
      </w:r>
    </w:p>
    <w:p/>
    <w:p>
      <w:r>
        <w:rPr>
          <w:b/>
          <w:sz w:val="20"/>
        </w:rPr>
        <w:t>Sender Information:</w:t>
      </w:r>
    </w:p>
    <w:p>
      <w:r>
        <w:rPr>
          <w:b w:val="0"/>
          <w:sz w:val="20"/>
        </w:rPr>
        <w:t>Full Name: ____________________________________________________________</w:t>
      </w:r>
    </w:p>
    <w:p>
      <w:r>
        <w:rPr>
          <w:b w:val="0"/>
          <w:sz w:val="20"/>
        </w:rPr>
        <w:t>Firm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Recipient Information:</w:t>
      </w:r>
    </w:p>
    <w:p>
      <w:r>
        <w:rPr>
          <w:b w:val="0"/>
          <w:sz w:val="20"/>
        </w:rPr>
        <w:t>Full Name: ____________________________________________________________</w:t>
      </w:r>
    </w:p>
    <w:p>
      <w:r>
        <w:rPr>
          <w:b w:val="0"/>
          <w:sz w:val="20"/>
        </w:rPr>
        <w:t>Firm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Pr>
        <w:jc w:val="center"/>
      </w:pPr>
      <w:r>
        <w:rPr>
          <w:b/>
          <w:sz w:val="20"/>
        </w:rPr>
        <w:t>Subject: Termination of Accounting Services</w:t>
      </w:r>
    </w:p>
    <w:p/>
    <w:p>
      <w:r>
        <w:rPr>
          <w:b w:val="0"/>
          <w:sz w:val="20"/>
        </w:rPr>
        <w:t>Dear ____________________________________________________________,</w:t>
      </w:r>
    </w:p>
    <w:p/>
    <w:p>
      <w:r>
        <w:rPr>
          <w:b w:val="0"/>
          <w:sz w:val="20"/>
        </w:rPr>
        <w:t>This letter serves as formal notice of termination of accounting services provided by you to me/us, effective immediately upon your receipt of this letter, or as otherwise mutually agreed.</w:t>
      </w:r>
    </w:p>
    <w:p/>
    <w:p>
      <w:r>
        <w:rPr>
          <w:b/>
          <w:sz w:val="20"/>
        </w:rPr>
        <w:t>Background and Reason for Termination:</w:t>
      </w:r>
    </w:p>
    <w:p>
      <w:r>
        <w:rPr>
          <w:b w:val="0"/>
          <w:sz w:val="20"/>
        </w:rPr>
        <w:t>After careful consideration, I/we have decided to discontinue our professional relationship for accounting services. This decision is final and not taken lightly. Please consider this letter as a formal and binding termination notice pursuant to our engagement agreement and applicable laws.</w:t>
      </w:r>
    </w:p>
    <w:p/>
    <w:p>
      <w:r>
        <w:rPr>
          <w:b/>
          <w:sz w:val="20"/>
        </w:rPr>
        <w:t>Responsibilities and Obligations Prior to Termination:</w:t>
      </w:r>
    </w:p>
    <w:p>
      <w:r>
        <w:rPr>
          <w:b w:val="0"/>
          <w:sz w:val="20"/>
        </w:rPr>
        <w:t>You are requested to complete all ongoing work in progress, deliver all completed work products, and provide any outstanding documents, records, and files related to my/our accounts promptly. Please ensure that all final billing statements and invoices for services rendered up to the termination date are submitted for review and payment.</w:t>
      </w:r>
    </w:p>
    <w:p/>
    <w:p>
      <w:r>
        <w:rPr>
          <w:b/>
          <w:sz w:val="20"/>
        </w:rPr>
        <w:t>Confidentiality and Data Handling:</w:t>
      </w:r>
    </w:p>
    <w:p>
      <w:r>
        <w:rPr>
          <w:b w:val="0"/>
          <w:sz w:val="20"/>
        </w:rPr>
        <w:t>All confidential information, including financial records and sensitive data entrusted to you during the course of the engagement, shall remain protected and shall not be disclosed to any third party without explicit prior consent, except as required by law. Upon termination, please return or securely destroy all copies of confidential information in your possession as required under applicable professional standards and legal obligations.</w:t>
      </w:r>
    </w:p>
    <w:p/>
    <w:p>
      <w:r>
        <w:rPr>
          <w:b/>
          <w:sz w:val="20"/>
        </w:rPr>
        <w:t>Transfer of Records and Cooperation:</w:t>
      </w:r>
    </w:p>
    <w:p>
      <w:r>
        <w:rPr>
          <w:b w:val="0"/>
          <w:sz w:val="20"/>
        </w:rPr>
        <w:t>I/we request your full cooperation in facilitating the transfer of all pertinent financial records, documents, and information to any successor accountant or party designated by me/us. Please provide any necessary assistance to ensure a smooth and timely transition of services.</w:t>
      </w:r>
    </w:p>
    <w:p/>
    <w:p>
      <w:r>
        <w:rPr>
          <w:b/>
          <w:sz w:val="20"/>
        </w:rPr>
        <w:t>Final Settlement and Payment:</w:t>
      </w:r>
    </w:p>
    <w:p>
      <w:r>
        <w:rPr>
          <w:b w:val="0"/>
          <w:sz w:val="20"/>
        </w:rPr>
        <w:t>Please provide a detailed statement of account reflecting all fees, expenses, and charges incurred up to the date of termination. I/we commit to settling any outstanding balances within the agreed payment terms.</w:t>
      </w:r>
    </w:p>
    <w:p/>
    <w:p>
      <w:r>
        <w:rPr>
          <w:b/>
          <w:sz w:val="20"/>
        </w:rPr>
        <w:t>Release of Liability:</w:t>
      </w:r>
    </w:p>
    <w:p>
      <w:r>
        <w:rPr>
          <w:b w:val="0"/>
          <w:sz w:val="20"/>
        </w:rPr>
        <w:t>Except for obligations expressly stated herein or for any liabilities arising from gross negligence or willful misconduct, the termination of accounting services shall release both parties from any further obligations under the engagement agreement.</w:t>
      </w:r>
    </w:p>
    <w:p/>
    <w:p>
      <w:r>
        <w:rPr>
          <w:b/>
          <w:sz w:val="20"/>
        </w:rPr>
        <w:t>Legal Compliance and Governing Law:</w:t>
      </w:r>
    </w:p>
    <w:p>
      <w:r>
        <w:rPr>
          <w:b w:val="0"/>
          <w:sz w:val="20"/>
        </w:rPr>
        <w:t>This termination letter and any dispute arising from the termination shall be governed by and construed in accordance with the laws of the United States and the specific state of ________________________________________. Both parties agree to submit to the exclusive jurisdiction of the courts located therein.</w:t>
      </w:r>
    </w:p>
    <w:p/>
    <w:p>
      <w:r>
        <w:rPr>
          <w:b/>
          <w:sz w:val="20"/>
        </w:rPr>
        <w:t>Acknowledgment:</w:t>
      </w:r>
    </w:p>
    <w:p>
      <w:r>
        <w:rPr>
          <w:b w:val="0"/>
          <w:sz w:val="20"/>
        </w:rPr>
        <w:t>Please sign and return a copy of this letter to acknowledge your receipt and acceptance of this termination notice.</w:t>
      </w:r>
    </w:p>
    <w:p/>
    <w:p/>
    <w:p>
      <w:r>
        <w:rPr>
          <w:b w:val="0"/>
          <w:sz w:val="20"/>
        </w:rPr>
        <w:t>Place: _______________________________________________________________</w:t>
      </w:r>
    </w:p>
    <w:p>
      <w:r>
        <w:rPr>
          <w:b w:val="0"/>
          <w:sz w:val="20"/>
        </w:rPr>
        <w:t>Date: 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ACCOUNTANT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https://lettertemplate-us.com/accountant-client-termination-letter/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accountant-client-termination-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