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AIRBNB LANDLORD AUTHORIZATION AND RENTAL AGREEMENT</w:t>
      </w:r>
    </w:p>
    <w:p/>
    <w:p>
      <w:r>
        <w:rPr>
          <w:b w:val="0"/>
          <w:sz w:val="20"/>
        </w:rPr>
        <w:t>This Authorization and Rental Agreement ("Agreement") is made by and between the undersigned Landlord and Tenant, regarding the short-term rental of the premises described herein via Airbnb platform.</w:t>
      </w:r>
    </w:p>
    <w:p/>
    <w:p/>
    <w:p>
      <w:r>
        <w:rPr>
          <w:b/>
          <w:sz w:val="20"/>
        </w:rPr>
        <w:t>Property Information:</w:t>
      </w:r>
    </w:p>
    <w:p>
      <w:r>
        <w:rPr>
          <w:b w:val="0"/>
          <w:sz w:val="20"/>
        </w:rPr>
        <w:t>Address of Rental Property: ________________________________________________</w:t>
      </w:r>
    </w:p>
    <w:p>
      <w:r>
        <w:rPr>
          <w:b w:val="0"/>
          <w:sz w:val="20"/>
        </w:rPr>
        <w:t>Unit/Apartment Number (if applicable): ____________________________________</w:t>
      </w:r>
    </w:p>
    <w:p>
      <w:r>
        <w:rPr>
          <w:b w:val="0"/>
          <w:sz w:val="20"/>
        </w:rPr>
        <w:t>City: ____________________________    State: ___________    ZIP Code: __________</w:t>
      </w:r>
    </w:p>
    <w:p/>
    <w:p>
      <w:r>
        <w:rPr>
          <w:b/>
          <w:sz w:val="20"/>
        </w:rPr>
        <w:t>Landlord Information:</w:t>
      </w:r>
    </w:p>
    <w:p>
      <w:r>
        <w:rPr>
          <w:b w:val="0"/>
          <w:sz w:val="20"/>
        </w:rPr>
        <w:t>Full Name(s): _____________________________________________________________</w:t>
      </w:r>
    </w:p>
    <w:p>
      <w:r>
        <w:rPr>
          <w:b w:val="0"/>
          <w:sz w:val="20"/>
        </w:rPr>
        <w:t>Contact Phone Number: _____________________________________________________</w:t>
      </w:r>
    </w:p>
    <w:p>
      <w:r>
        <w:rPr>
          <w:b w:val="0"/>
          <w:sz w:val="20"/>
        </w:rPr>
        <w:t>Email Address: ______________________________________________________________</w:t>
      </w:r>
    </w:p>
    <w:p/>
    <w:p>
      <w:r>
        <w:rPr>
          <w:b/>
          <w:sz w:val="20"/>
        </w:rPr>
        <w:t>Tenant Information:</w:t>
      </w:r>
    </w:p>
    <w:p>
      <w:r>
        <w:rPr>
          <w:b w:val="0"/>
          <w:sz w:val="20"/>
        </w:rPr>
        <w:t>Full Name(s): _____________________________________________________________</w:t>
      </w:r>
    </w:p>
    <w:p>
      <w:r>
        <w:rPr>
          <w:b w:val="0"/>
          <w:sz w:val="20"/>
        </w:rPr>
        <w:t>Contact Phone Number: _____________________________________________________</w:t>
      </w:r>
    </w:p>
    <w:p>
      <w:r>
        <w:rPr>
          <w:b w:val="0"/>
          <w:sz w:val="20"/>
        </w:rPr>
        <w:t>Email Address: ______________________________________________________________</w:t>
      </w:r>
    </w:p>
    <w:p/>
    <w:p>
      <w:r>
        <w:rPr>
          <w:b/>
          <w:sz w:val="20"/>
        </w:rPr>
        <w:t>Term of Rental:</w:t>
      </w:r>
    </w:p>
    <w:p>
      <w:r>
        <w:rPr>
          <w:b w:val="0"/>
          <w:sz w:val="20"/>
        </w:rPr>
        <w:t>Rental Start Date: _______________________</w:t>
      </w:r>
    </w:p>
    <w:p>
      <w:r>
        <w:rPr>
          <w:b w:val="0"/>
          <w:sz w:val="20"/>
        </w:rPr>
        <w:t>Rental End Date: _________________________</w:t>
      </w:r>
    </w:p>
    <w:p/>
    <w:p>
      <w:r>
        <w:rPr>
          <w:b/>
          <w:sz w:val="20"/>
        </w:rPr>
        <w:t>Rental Rate and Payment Terms:</w:t>
      </w:r>
    </w:p>
    <w:p>
      <w:r>
        <w:rPr>
          <w:b w:val="0"/>
          <w:sz w:val="20"/>
        </w:rPr>
        <w:t>Rental Rate (per night): $____________________</w:t>
      </w:r>
    </w:p>
    <w:p>
      <w:r>
        <w:rPr>
          <w:b w:val="0"/>
          <w:sz w:val="20"/>
        </w:rPr>
        <w:t>Total Rent Amount: $__________________________</w:t>
      </w:r>
    </w:p>
    <w:p>
      <w:r>
        <w:rPr>
          <w:b w:val="0"/>
          <w:sz w:val="20"/>
        </w:rPr>
        <w:t>Security Deposit Amount: $____________________</w:t>
      </w:r>
    </w:p>
    <w:p>
      <w:r>
        <w:rPr>
          <w:b w:val="0"/>
          <w:sz w:val="20"/>
        </w:rPr>
        <w:t>Payment Method: ___________________________________________________________</w:t>
      </w:r>
    </w:p>
    <w:p>
      <w:r>
        <w:rPr>
          <w:b w:val="0"/>
          <w:sz w:val="20"/>
        </w:rPr>
        <w:t>Payment Due Date(s): ______________________________________________________</w:t>
      </w:r>
    </w:p>
    <w:p/>
    <w:p>
      <w:r>
        <w:rPr>
          <w:b/>
          <w:sz w:val="20"/>
        </w:rPr>
        <w:t>Authorization to Rent via Airbnb:</w:t>
      </w:r>
    </w:p>
    <w:p>
      <w:r>
        <w:rPr>
          <w:b w:val="0"/>
          <w:sz w:val="20"/>
        </w:rPr>
        <w:t>The Landlord hereby authorizes the Tenant to list and rent the Property on the Airbnb platform during the Term specified above. Tenant agrees to comply fully with all Airbnb policies, terms, and applicable laws governing short-term rentals.</w:t>
      </w:r>
    </w:p>
    <w:p/>
    <w:p>
      <w:r>
        <w:rPr>
          <w:b/>
          <w:sz w:val="20"/>
        </w:rPr>
        <w:t>Use of Property:</w:t>
      </w:r>
    </w:p>
    <w:p>
      <w:r>
        <w:rPr>
          <w:b w:val="0"/>
          <w:sz w:val="20"/>
        </w:rPr>
        <w:t>The Tenant agrees to use the Property solely for residential short-term rental purposes and shall not conduct any illegal or hazardous activities therein. Tenant shall ensure that all guests comply with house rules and respect the rights of neighbors.</w:t>
      </w:r>
    </w:p>
    <w:p/>
    <w:p>
      <w:r>
        <w:rPr>
          <w:b/>
          <w:sz w:val="20"/>
        </w:rPr>
        <w:t>Maintenance and Repairs:</w:t>
      </w:r>
    </w:p>
    <w:p>
      <w:r>
        <w:rPr>
          <w:b w:val="0"/>
          <w:sz w:val="20"/>
        </w:rPr>
        <w:t>Tenant shall maintain the Property in a clean and rentable condition during the Term. Tenant shall notify Landlord promptly of any damage or needed repairs. Tenant shall be responsible for any damages caused by Tenant or Tenant’s guests beyond normal wear and tear.</w:t>
      </w:r>
    </w:p>
    <w:p/>
    <w:p>
      <w:r>
        <w:rPr>
          <w:b/>
          <w:sz w:val="20"/>
        </w:rPr>
        <w:t>Compliance with Laws and Regulations:</w:t>
      </w:r>
    </w:p>
    <w:p>
      <w:r>
        <w:rPr>
          <w:b w:val="0"/>
          <w:sz w:val="20"/>
        </w:rPr>
        <w:t>Tenant shall ensure that all activities conducted at the Property comply with all federal, state, and local laws, ordinances, and regulations governing short-term rentals, including but not limited to zoning, licensing, and tax requirements.</w:t>
      </w:r>
    </w:p>
    <w:p/>
    <w:p>
      <w:r>
        <w:rPr>
          <w:b/>
          <w:sz w:val="20"/>
        </w:rPr>
        <w:t>Insurance and Liability:</w:t>
      </w:r>
    </w:p>
    <w:p>
      <w:r>
        <w:rPr>
          <w:b w:val="0"/>
          <w:sz w:val="20"/>
        </w:rPr>
        <w:t>Tenant represents and warrants that adequate insurance coverage is maintained for the duration of the Term, including liability insurance covering short-term rental activities. Tenant agrees to indemnify and hold harmless Landlord from any claims, damages, or losses arising from Tenant’s use or rental of the Property.</w:t>
      </w:r>
    </w:p>
    <w:p/>
    <w:p>
      <w:r>
        <w:rPr>
          <w:b/>
          <w:sz w:val="20"/>
        </w:rPr>
        <w:t>Cancellation and Refund Policy:</w:t>
      </w:r>
    </w:p>
    <w:p>
      <w:r>
        <w:rPr>
          <w:b w:val="0"/>
          <w:sz w:val="20"/>
        </w:rPr>
        <w:t>Tenant shall adhere to the cancellation policies agreed upon via the Airbnb platform. Refunds or penalties for cancellations shall be handled between Tenant and guests in accordance with Airbnb standards.</w:t>
      </w:r>
    </w:p>
    <w:p/>
    <w:p>
      <w:r>
        <w:rPr>
          <w:b/>
          <w:sz w:val="20"/>
        </w:rPr>
        <w:t>Security Deposit:</w:t>
      </w:r>
    </w:p>
    <w:p>
      <w:r>
        <w:rPr>
          <w:b w:val="0"/>
          <w:sz w:val="20"/>
        </w:rPr>
        <w:t>Landlord shall hold the Security Deposit to cover damages, unpaid rent, or breach of this Agreement. The conditions for withholding or returning the Security Deposit shall comply with applicable laws.</w:t>
      </w:r>
    </w:p>
    <w:p/>
    <w:p>
      <w:r>
        <w:rPr>
          <w:b/>
          <w:sz w:val="20"/>
        </w:rPr>
        <w:t>Termination:</w:t>
      </w:r>
    </w:p>
    <w:p>
      <w:r>
        <w:rPr>
          <w:b w:val="0"/>
          <w:sz w:val="20"/>
        </w:rPr>
        <w:t>Either party may terminate this Agreement for cause upon written notice if the other party breaches any material term of this Agreement and fails to cure such breach within a reasonable period. Upon termination, Tenant shall cease all rental activities and surrender possession of the Property to Landlord.</w:t>
      </w:r>
    </w:p>
    <w:p/>
    <w:p>
      <w:r>
        <w:rPr>
          <w:b/>
          <w:sz w:val="20"/>
        </w:rPr>
        <w:t>Governing Law and Jurisdiction:</w:t>
      </w:r>
    </w:p>
    <w:p>
      <w:r>
        <w:rPr>
          <w:b w:val="0"/>
          <w:sz w:val="20"/>
        </w:rPr>
        <w:t>This Agreement shall be governed by and construed in accordance with the laws of the State in which the Property is located. Any disputes arising from this Agreement shall be resolved in the courts of the applicable jurisdiction.</w:t>
      </w:r>
    </w:p>
    <w:p/>
    <w:p>
      <w:r>
        <w:rPr>
          <w:b/>
          <w:sz w:val="20"/>
        </w:rPr>
        <w:t>Entire Agreement:</w:t>
      </w:r>
    </w:p>
    <w:p>
      <w:r>
        <w:rPr>
          <w:b w:val="0"/>
          <w:sz w:val="20"/>
        </w:rPr>
        <w:t>This Agreement constitutes the entire understanding between the parties with respect to the subject matter herein and supersedes all prior negotiations, representations, or agreements, written or oral.</w:t>
      </w:r>
    </w:p>
    <w:p/>
    <w:p/>
    <w:p>
      <w:r>
        <w:rPr>
          <w:b w:val="0"/>
          <w:sz w:val="20"/>
        </w:rPr>
        <w:t>Place and date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LANDLORD</w:t>
            </w:r>
          </w:p>
        </w:tc>
        <w:tc>
          <w:tcPr>
            <w:tcW w:type="dxa" w:w="4986"/>
            <w:tcBorders>
              <w:top w:val="nil"/>
              <w:left w:val="nil"/>
              <w:bottom w:val="nil"/>
              <w:right w:val="nil"/>
              <w:insideH w:val="nil"/>
              <w:insideV w:val="nil"/>
            </w:tcBorders>
          </w:tcPr>
          <w:p>
            <w:pPr>
              <w:jc w:val="center"/>
            </w:pPr>
            <w:r>
              <w:t>TENANT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https://lettertemplate-us.com/airbnb-landlord-letter/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https://lettertemplate-us.com</w:t>
        </w:r>
      </w:hyperlink>
    </w:p>
    <w:p>
      <w:pPr>
        <w:jc w:val="center"/>
      </w:pPr>
      <w:r>
        <w:rPr>
          <w:color w:val="808080"/>
          <w:sz w:val="20"/>
        </w:rPr>
        <w:t>This template is intended exclusively for personal, non-commercial use.</w:t>
        <w:br/>
        <w:t>If distributed or published, the source must be mentioned. © lettertemplate-us.com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template-us.com/airbnb-landlord-letter/" TargetMode="External"/><Relationship Id="rId10" Type="http://schemas.openxmlformats.org/officeDocument/2006/relationships/hyperlink" Target="https://letter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