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ALPHABET LETTER AGREEMENT</w:t>
      </w:r>
    </w:p>
    <w:p/>
    <w:p/>
    <w:p>
      <w:r>
        <w:rPr>
          <w:b/>
          <w:sz w:val="20"/>
        </w:rPr>
        <w:t>Recipient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Subject of the Letter:</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Dear Sir or Madam,</w:t>
      </w:r>
    </w:p>
    <w:p/>
    <w:p>
      <w:r>
        <w:rPr>
          <w:b w:val="0"/>
          <w:sz w:val="20"/>
        </w:rPr>
        <w:t>This letter serves as a formal communication regarding the subject stated above. The undersigned hereby confirms the following terms and conditions applicable to the matter discussed herein.</w:t>
      </w:r>
    </w:p>
    <w:p/>
    <w:p>
      <w:r>
        <w:rPr>
          <w:b/>
          <w:sz w:val="20"/>
        </w:rPr>
        <w:t>1. Purpose</w:t>
      </w:r>
    </w:p>
    <w:p>
      <w:r>
        <w:rPr>
          <w:b w:val="0"/>
          <w:sz w:val="20"/>
        </w:rPr>
        <w:t>The purpose of this letter is to establish a clear and binding agreement between the sender and recipient relating to the matters specified in the subject section. This letter outlines rights, obligations, and responsibilities of all parties involved.</w:t>
      </w:r>
    </w:p>
    <w:p/>
    <w:p>
      <w:r>
        <w:rPr>
          <w:b/>
          <w:sz w:val="20"/>
        </w:rPr>
        <w:t>2. Terms and Conditions</w:t>
      </w:r>
    </w:p>
    <w:p>
      <w:r>
        <w:rPr>
          <w:b w:val="0"/>
          <w:sz w:val="20"/>
        </w:rPr>
        <w:t>Both parties agree to abide by all applicable federal, state, and local laws and regulations governing the subject matter of this letter. The sender guarantees the accuracy and completeness of all information provided herein.</w:t>
      </w:r>
    </w:p>
    <w:p/>
    <w:p>
      <w:r>
        <w:rPr>
          <w:b/>
          <w:sz w:val="20"/>
        </w:rPr>
        <w:t>3. Representations and Warranties</w:t>
      </w:r>
    </w:p>
    <w:p>
      <w:r>
        <w:rPr>
          <w:b w:val="0"/>
          <w:sz w:val="20"/>
        </w:rPr>
        <w:t>Each party represents and warrants that it has full legal capacity to enter into this agreement and that this letter constitutes a valid and binding obligation enforceable under United States law.</w:t>
      </w:r>
    </w:p>
    <w:p/>
    <w:p>
      <w:r>
        <w:rPr>
          <w:b/>
          <w:sz w:val="20"/>
        </w:rPr>
        <w:t>4. Confidentiality</w:t>
      </w:r>
    </w:p>
    <w:p>
      <w:r>
        <w:rPr>
          <w:b w:val="0"/>
          <w:sz w:val="20"/>
        </w:rPr>
        <w:t>All information exchanged pursuant to this letter shall be kept confidential and shall not be disclosed to any third party without prior written consent, except as required by law or governmental regulation.</w:t>
      </w:r>
    </w:p>
    <w:p/>
    <w:p>
      <w:r>
        <w:rPr>
          <w:b/>
          <w:sz w:val="20"/>
        </w:rPr>
        <w:t>5. Amendments</w:t>
      </w:r>
    </w:p>
    <w:p>
      <w:r>
        <w:rPr>
          <w:b w:val="0"/>
          <w:sz w:val="20"/>
        </w:rPr>
        <w:t>Any amendments or modifications to this letter must be made in writing and signed by authorized representatives of both parties to be effective.</w:t>
      </w:r>
    </w:p>
    <w:p/>
    <w:p>
      <w:r>
        <w:rPr>
          <w:b/>
          <w:sz w:val="20"/>
        </w:rPr>
        <w:t>6. Governing Law and Jurisdiction</w:t>
      </w:r>
    </w:p>
    <w:p>
      <w:r>
        <w:rPr>
          <w:b w:val="0"/>
          <w:sz w:val="20"/>
        </w:rPr>
        <w:t>This letter and any dispute arising from or related to it shall be governed by the laws of the United States of America and the state applicable to the sender’s principal place of business. Exclusive jurisdiction and venue shall lie within the courts located therein.</w:t>
      </w:r>
    </w:p>
    <w:p/>
    <w:p>
      <w:r>
        <w:rPr>
          <w:b/>
          <w:sz w:val="20"/>
        </w:rPr>
        <w:t>7. Entire Agreement</w:t>
      </w:r>
    </w:p>
    <w:p>
      <w:r>
        <w:rPr>
          <w:b w:val="0"/>
          <w:sz w:val="20"/>
        </w:rPr>
        <w:t>This letter constitutes the entire agreement between the parties with respect to its subject matter and supersedes all prior understandings, agreements, or communications, whether written or oral.</w:t>
      </w:r>
    </w:p>
    <w:p/>
    <w:p>
      <w:r>
        <w:rPr>
          <w:b/>
          <w:sz w:val="20"/>
        </w:rPr>
        <w:t>8. Severability</w:t>
      </w:r>
    </w:p>
    <w:p>
      <w:r>
        <w:rPr>
          <w:b w:val="0"/>
          <w:sz w:val="20"/>
        </w:rPr>
        <w:t>If any provision of this letter is held to be invalid or unenforceable, the remainder of the letter shall remain in full force and effect to the extent permitted by law.</w:t>
      </w:r>
    </w:p>
    <w:p/>
    <w:p>
      <w:r>
        <w:rPr>
          <w:b/>
          <w:sz w:val="20"/>
        </w:rPr>
        <w:t>9. Waiver</w:t>
      </w:r>
    </w:p>
    <w:p>
      <w:r>
        <w:rPr>
          <w:b w:val="0"/>
          <w:sz w:val="20"/>
        </w:rPr>
        <w:t>Failure by either party to enforce any right or provision of this letter shall not constitute a waiver of such right or provision unless acknowledged and agreed to in writing by the waiving party.</w:t>
      </w:r>
    </w:p>
    <w:p/>
    <w:p>
      <w:r>
        <w:rPr>
          <w:b/>
          <w:sz w:val="20"/>
        </w:rPr>
        <w:t>10. Notices</w:t>
      </w:r>
    </w:p>
    <w:p>
      <w:r>
        <w:rPr>
          <w:b w:val="0"/>
          <w:sz w:val="20"/>
        </w:rPr>
        <w:t>All notices required or permitted under this letter shall be in writing and shall be deemed delivered when personally delivered or sent via certified mail, return receipt requested, or by a recognized overnight courier service, to the addresses specified above or such other address as either party may designate by notice.</w:t>
      </w:r>
    </w:p>
    <w:p/>
    <w:p/>
    <w:p>
      <w:r>
        <w:rPr>
          <w:b w:val="0"/>
          <w:sz w:val="20"/>
        </w:rPr>
        <w:t>Thank you for your attention to this matter. Please signify your agreement to the terms set forth herein by signing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https://lettertemplate-us.com/alphabet-letter/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alphabet-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