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UNITED STATES ARMY OFFICIAL LETTER</w:t>
      </w:r>
    </w:p>
    <w:p/>
    <w:p>
      <w:r>
        <w:rPr>
          <w:b/>
          <w:sz w:val="20"/>
        </w:rPr>
        <w:t>FROM:</w:t>
      </w:r>
    </w:p>
    <w:p>
      <w:r>
        <w:rPr>
          <w:b w:val="0"/>
          <w:sz w:val="20"/>
        </w:rPr>
        <w:t>Rank/Name: _________________________________________________</w:t>
      </w:r>
    </w:p>
    <w:p>
      <w:r>
        <w:rPr>
          <w:b w:val="0"/>
          <w:sz w:val="20"/>
        </w:rPr>
        <w:t>Unit/Organization: __________________________________________</w:t>
      </w:r>
    </w:p>
    <w:p>
      <w:r>
        <w:rPr>
          <w:b w:val="0"/>
          <w:sz w:val="20"/>
        </w:rPr>
        <w:t>Address: ___________________________________________________</w:t>
      </w:r>
    </w:p>
    <w:p>
      <w:r>
        <w:rPr>
          <w:b w:val="0"/>
          <w:sz w:val="20"/>
        </w:rPr>
        <w:t>Phone/Email: _______________________________________________</w:t>
      </w:r>
    </w:p>
    <w:p/>
    <w:p>
      <w:r>
        <w:rPr>
          <w:b/>
          <w:sz w:val="20"/>
        </w:rPr>
        <w:t>TO:</w:t>
      </w:r>
    </w:p>
    <w:p>
      <w:r>
        <w:rPr>
          <w:b w:val="0"/>
          <w:sz w:val="20"/>
        </w:rPr>
        <w:t>Rank/Name: _________________________________________________</w:t>
      </w:r>
    </w:p>
    <w:p>
      <w:r>
        <w:rPr>
          <w:b w:val="0"/>
          <w:sz w:val="20"/>
        </w:rPr>
        <w:t>Unit/Organization: __________________________________________</w:t>
      </w:r>
    </w:p>
    <w:p>
      <w:r>
        <w:rPr>
          <w:b w:val="0"/>
          <w:sz w:val="20"/>
        </w:rPr>
        <w:t>Address: ___________________________________________________</w:t>
      </w:r>
    </w:p>
    <w:p/>
    <w:p>
      <w:r>
        <w:rPr>
          <w:b/>
          <w:sz w:val="20"/>
        </w:rPr>
        <w:t>SUBJECT:</w:t>
      </w:r>
    </w:p>
    <w:p>
      <w:r>
        <w:rPr>
          <w:b w:val="0"/>
          <w:sz w:val="20"/>
        </w:rPr>
        <w:t>___________________________________________________________</w:t>
      </w:r>
    </w:p>
    <w:p/>
    <w:p/>
    <w:p>
      <w:r>
        <w:rPr>
          <w:b w:val="0"/>
          <w:sz w:val="20"/>
        </w:rPr>
        <w:t>Sir/Ma'am,</w:t>
      </w:r>
    </w:p>
    <w:p/>
    <w:p>
      <w:r>
        <w:rPr>
          <w:b/>
          <w:sz w:val="20"/>
        </w:rPr>
        <w:t>1. PURPOSE:</w:t>
      </w:r>
    </w:p>
    <w:p>
      <w:r>
        <w:rPr>
          <w:b w:val="0"/>
          <w:sz w:val="20"/>
        </w:rPr>
        <w:t>This letter serves to formally address the following matters related to Army operational, administrative, or personnel actions. It is intended to provide clear guidance, convey official information, or request necessary action pursuant to applicable United States Army regulations and policies.</w:t>
      </w:r>
    </w:p>
    <w:p/>
    <w:p>
      <w:r>
        <w:rPr>
          <w:b/>
          <w:sz w:val="20"/>
        </w:rPr>
        <w:t>2. BACKGROUND:</w:t>
      </w:r>
    </w:p>
    <w:p>
      <w:r>
        <w:rPr>
          <w:b w:val="0"/>
          <w:sz w:val="20"/>
        </w:rPr>
        <w:t>Provide relevant background information here. Include context, prior communications, or references to applicable orders, directives, or policies.</w:t>
      </w:r>
    </w:p>
    <w:p/>
    <w:p>
      <w:r>
        <w:rPr>
          <w:b/>
          <w:sz w:val="20"/>
        </w:rPr>
        <w:t>3. DETAILS:</w:t>
      </w:r>
    </w:p>
    <w:p>
      <w:r>
        <w:rPr>
          <w:b w:val="0"/>
          <w:sz w:val="20"/>
        </w:rPr>
        <w:t>Outline specific information, facts, or instructions in detail. This section should clearly state expectations, duties, or requirements to be fulfilled.</w:t>
      </w:r>
    </w:p>
    <w:p/>
    <w:p>
      <w:r>
        <w:rPr>
          <w:b/>
          <w:sz w:val="20"/>
        </w:rPr>
        <w:t>4. ACTION REQUIRED:</w:t>
      </w:r>
    </w:p>
    <w:p>
      <w:r>
        <w:rPr>
          <w:b w:val="0"/>
          <w:sz w:val="20"/>
        </w:rPr>
        <w:t>Specify actions to be taken by the recipient. Include deadlines, responsible parties, and any coordination instructions necessary to ensure compliance.</w:t>
      </w:r>
    </w:p>
    <w:p/>
    <w:p>
      <w:r>
        <w:rPr>
          <w:b/>
          <w:sz w:val="20"/>
        </w:rPr>
        <w:t>5. POINT OF CONTACT:</w:t>
      </w:r>
    </w:p>
    <w:p>
      <w:r>
        <w:rPr>
          <w:b w:val="0"/>
          <w:sz w:val="20"/>
        </w:rPr>
        <w:t>For further information or clarification, contact the undersigned at the above telephone number or email address.</w:t>
      </w:r>
    </w:p>
    <w:p/>
    <w:p>
      <w:r>
        <w:rPr>
          <w:b/>
          <w:sz w:val="20"/>
        </w:rPr>
        <w:t>6. CLOSING:</w:t>
      </w:r>
    </w:p>
    <w:p>
      <w:r>
        <w:rPr>
          <w:b w:val="0"/>
          <w:sz w:val="20"/>
        </w:rPr>
        <w:t>Thank you for your prompt attention and cooperation in this matter. Your dedication to mission success and adherence to Army standards is greatly appreciated.</w:t>
      </w:r>
    </w:p>
    <w:p/>
    <w:p/>
    <w:p>
      <w:r>
        <w:rPr>
          <w:b w:val="0"/>
          <w:sz w:val="20"/>
        </w:rPr>
        <w:t>Very respectfully,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&amp; Rank: ____________________________________________</w:t>
            </w:r>
          </w:p>
        </w:tc>
        <w:tc>
          <w:tcPr>
            <w:tcW w:type="dxa" w:w="4986"/>
            <w:tcBorders>
              <w:top w:val="nil"/>
              <w:left w:val="nil"/>
              <w:bottom w:val="nil"/>
              <w:right w:val="nil"/>
              <w:insideH w:val="nil"/>
              <w:insideV w:val="nil"/>
            </w:tcBorders>
          </w:tcPr>
          <w:p>
            <w:pPr>
              <w:jc w:val="center"/>
            </w:pPr>
            <w:r>
              <w:t>Name &amp; Rank: ____________________________________________</w:t>
            </w:r>
          </w:p>
        </w:tc>
      </w:tr>
    </w:tbl>
    <w:p/>
    <w:p/>
    <w:p>
      <w:r>
        <w:rPr>
          <w:b/>
          <w:sz w:val="20"/>
        </w:rPr>
        <w:t>Enclosures:</w:t>
      </w:r>
    </w:p>
    <w:p>
      <w:r>
        <w:rPr>
          <w:b w:val="0"/>
          <w:sz w:val="20"/>
        </w:rPr>
        <w:t>1. __________________________________________________________</w:t>
      </w:r>
    </w:p>
    <w:p>
      <w:r>
        <w:rPr>
          <w:b w:val="0"/>
          <w:sz w:val="20"/>
        </w:rPr>
        <w:t>2. __________________________________________________________</w:t>
      </w:r>
    </w:p>
    <w:p>
      <w:r>
        <w:rPr>
          <w:b w:val="0"/>
          <w:sz w:val="20"/>
        </w:rPr>
        <w:t>3. __________________________________________________________</w:t>
      </w:r>
    </w:p>
    <w:p/>
    <w:p>
      <w:r>
        <w:rPr>
          <w:b/>
          <w:sz w:val="20"/>
        </w:rPr>
        <w:t>Distribution:</w:t>
      </w:r>
    </w:p>
    <w:p>
      <w:r>
        <w:rPr>
          <w:b w:val="0"/>
          <w:sz w:val="20"/>
        </w:rPr>
        <w:t>List all recipients who will receive copies of this letter.</w:t>
      </w:r>
    </w:p>
    <w:p>
      <w:r>
        <w:rPr>
          <w:b w:val="0"/>
          <w:sz w:val="20"/>
        </w:rPr>
        <w:t>1. __________________________________________________________</w:t>
      </w:r>
    </w:p>
    <w:p>
      <w:r>
        <w:rPr>
          <w:b w:val="0"/>
          <w:sz w:val="20"/>
        </w:rPr>
        <w:t>2. __________________________________________________________</w:t>
      </w:r>
    </w:p>
    <w:p>
      <w:r>
        <w:rPr>
          <w:b w:val="0"/>
          <w:sz w:val="20"/>
        </w:rPr>
        <w:t>3. __________________________________________________________</w:t>
      </w:r>
    </w:p>
    <w:p/>
    <w:p>
      <w:r>
        <w:rPr>
          <w:b/>
          <w:sz w:val="20"/>
        </w:rPr>
        <w:t>LEGAL NOTICE:</w:t>
      </w:r>
    </w:p>
    <w:p>
      <w:r>
        <w:rPr>
          <w:b w:val="0"/>
          <w:sz w:val="20"/>
        </w:rPr>
        <w:t>This document is an official communication of the United States Army. Unauthorized use, disclosure, or duplication of its contents is strictly prohibited and may be subject to penalties under applicable laws and military regulations. All recipients must comply with pertinent security and privacy requirements.</w:t>
      </w:r>
    </w:p>
    <w:p>
      <w:r>
        <w:br w:type="page"/>
      </w:r>
    </w:p>
    <w:p>
      <w:pPr>
        <w:jc w:val="center"/>
      </w:pPr>
      <w:r>
        <w:rPr>
          <w:color w:val="555555"/>
          <w:sz w:val="24"/>
        </w:rPr>
        <w:t>Original source of this document:</w:t>
      </w:r>
    </w:p>
    <w:p>
      <w:pPr>
        <w:jc w:val="center"/>
      </w:pPr>
      <w:hyperlink r:id="rId9">
        <w:r>
          <w:rPr>
            <w:color w:val="0000FF"/>
            <w:u w:val="single"/>
          </w:rPr>
          <w:t>https://lettertemplate-us.com/army-letter/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arm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