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BANKRUPTCY DISPUTE LETTER</w:t>
      </w:r>
    </w:p>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City, State, ZIP Code: 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p>
      <w:r>
        <w:rPr>
          <w:b/>
          <w:sz w:val="20"/>
        </w:rPr>
        <w:t>Recipient Information:</w:t>
      </w:r>
    </w:p>
    <w:p>
      <w:r>
        <w:rPr>
          <w:b w:val="0"/>
          <w:sz w:val="20"/>
        </w:rPr>
        <w:t>Name or Title of Official: ______________________________________________</w:t>
      </w:r>
    </w:p>
    <w:p>
      <w:r>
        <w:rPr>
          <w:b w:val="0"/>
          <w:sz w:val="20"/>
        </w:rPr>
        <w:t>Bankruptcy Court or Trustee Name: ______________________________________</w:t>
      </w:r>
    </w:p>
    <w:p>
      <w:r>
        <w:rPr>
          <w:b w:val="0"/>
          <w:sz w:val="20"/>
        </w:rPr>
        <w:t>Address: _____________________________________________________________</w:t>
      </w:r>
    </w:p>
    <w:p>
      <w:r>
        <w:rPr>
          <w:b w:val="0"/>
          <w:sz w:val="20"/>
        </w:rPr>
        <w:t>City, State, ZIP Code: ________________________________________________</w:t>
      </w:r>
    </w:p>
    <w:p/>
    <w:p/>
    <w:p>
      <w:r>
        <w:rPr>
          <w:b/>
          <w:sz w:val="20"/>
        </w:rPr>
        <w:t>Subject: Dispute of Bankruptcy Claim</w:t>
      </w:r>
    </w:p>
    <w:p/>
    <w:p/>
    <w:p>
      <w:r>
        <w:rPr>
          <w:b w:val="0"/>
          <w:sz w:val="20"/>
        </w:rPr>
        <w:t>Dear Sir or Madam,</w:t>
      </w:r>
    </w:p>
    <w:p/>
    <w:p>
      <w:r>
        <w:rPr>
          <w:b w:val="0"/>
          <w:sz w:val="20"/>
        </w:rPr>
        <w:t>I am writing to formally dispute a bankruptcy claim filed against me/us, as identified in the bankruptcy case referenced herein. This letter outlines the basis for the dispute and requests a thorough review and correction where applicable.</w:t>
      </w:r>
    </w:p>
    <w:p/>
    <w:p/>
    <w:p>
      <w:r>
        <w:rPr>
          <w:b/>
          <w:sz w:val="20"/>
        </w:rPr>
        <w:t>Bankruptcy Case Information:</w:t>
      </w:r>
    </w:p>
    <w:p>
      <w:r>
        <w:rPr>
          <w:b w:val="0"/>
          <w:sz w:val="20"/>
        </w:rPr>
        <w:t>Case Number: _________________________________________________________</w:t>
      </w:r>
    </w:p>
    <w:p>
      <w:r>
        <w:rPr>
          <w:b w:val="0"/>
          <w:sz w:val="20"/>
        </w:rPr>
        <w:t>Debtor(s) Name(s): ____________________________________________________</w:t>
      </w:r>
    </w:p>
    <w:p>
      <w:r>
        <w:rPr>
          <w:b w:val="0"/>
          <w:sz w:val="20"/>
        </w:rPr>
        <w:t>Chapter: _______________________________________________________________</w:t>
      </w:r>
    </w:p>
    <w:p>
      <w:r>
        <w:rPr>
          <w:b w:val="0"/>
          <w:sz w:val="20"/>
        </w:rPr>
        <w:t>Date of Filing: ________________________________________________________</w:t>
      </w:r>
    </w:p>
    <w:p/>
    <w:p/>
    <w:p>
      <w:r>
        <w:rPr>
          <w:b/>
          <w:sz w:val="20"/>
        </w:rPr>
        <w:t>Statement of Facts:</w:t>
      </w:r>
    </w:p>
    <w:p>
      <w:r>
        <w:rPr>
          <w:b w:val="0"/>
          <w:sz w:val="20"/>
        </w:rPr>
        <w:t>On or about the date referenced above, I/we were served or made aware of a claim filed by the claimant listed below. After careful review of the documentation and circumstances of the claim, I/we have identified the following facts supporting the dispute:</w:t>
      </w:r>
    </w:p>
    <w:p/>
    <w:p>
      <w:r>
        <w:rPr>
          <w:b w:val="0"/>
          <w:sz w:val="20"/>
        </w:rPr>
        <w:t>Claimant Name: _______________________________________________________</w:t>
      </w:r>
    </w:p>
    <w:p>
      <w:r>
        <w:rPr>
          <w:b w:val="0"/>
          <w:sz w:val="20"/>
        </w:rPr>
        <w:t>Claim Description: ____________________________________________________</w:t>
      </w:r>
    </w:p>
    <w:p>
      <w:r>
        <w:rPr>
          <w:b w:val="0"/>
          <w:sz w:val="20"/>
        </w:rPr>
        <w:t>Claim Amount: _________________________________________________________</w:t>
      </w:r>
    </w:p>
    <w:p/>
    <w:p>
      <w:r>
        <w:rPr>
          <w:b/>
          <w:sz w:val="20"/>
        </w:rPr>
        <w:t>Disputed Facts and Reasons:</w:t>
      </w:r>
    </w:p>
    <w:p>
      <w:r>
        <w:rPr>
          <w:b w:val="0"/>
          <w:sz w:val="20"/>
        </w:rPr>
        <w:t>- ____________________________________________________________________</w:t>
      </w:r>
    </w:p>
    <w:p>
      <w:r>
        <w:rPr>
          <w:b w:val="0"/>
          <w:sz w:val="20"/>
        </w:rPr>
        <w:t>- ____________________________________________________________________</w:t>
      </w:r>
    </w:p>
    <w:p>
      <w:r>
        <w:rPr>
          <w:b w:val="0"/>
          <w:sz w:val="20"/>
        </w:rPr>
        <w:t>- ____________________________________________________________________</w:t>
      </w:r>
    </w:p>
    <w:p/>
    <w:p/>
    <w:p>
      <w:r>
        <w:rPr>
          <w:b/>
          <w:sz w:val="20"/>
        </w:rPr>
        <w:t>Legal Grounds for Dispute:</w:t>
      </w:r>
    </w:p>
    <w:p>
      <w:r>
        <w:rPr>
          <w:b w:val="0"/>
          <w:sz w:val="20"/>
        </w:rPr>
        <w:t>The basis of this dispute is supported by applicable United States Bankruptcy Code provisions and related case law, including but not limited to the following points:</w:t>
      </w:r>
    </w:p>
    <w:p/>
    <w:p>
      <w:r>
        <w:rPr>
          <w:b w:val="0"/>
          <w:sz w:val="20"/>
        </w:rPr>
        <w:t>1. Inaccuracy or lack of evidence supporting the claim as filed.</w:t>
      </w:r>
    </w:p>
    <w:p>
      <w:r>
        <w:rPr>
          <w:b w:val="0"/>
          <w:sz w:val="20"/>
        </w:rPr>
        <w:t>2. The claim is barred by applicable statutes of limitations or prior discharge injunctions.</w:t>
      </w:r>
    </w:p>
    <w:p>
      <w:r>
        <w:rPr>
          <w:b w:val="0"/>
          <w:sz w:val="20"/>
        </w:rPr>
        <w:t>3. The claim has been satisfied, released, or is otherwise unenforceable.</w:t>
      </w:r>
    </w:p>
    <w:p>
      <w:r>
        <w:rPr>
          <w:b w:val="0"/>
          <w:sz w:val="20"/>
        </w:rPr>
        <w:t>4. Procedural defects or violations during the filing or service of the claim.</w:t>
      </w:r>
    </w:p>
    <w:p>
      <w:r>
        <w:rPr>
          <w:b w:val="0"/>
          <w:sz w:val="20"/>
        </w:rPr>
        <w:t>5. Other relevant legal or factual reasons supporting disallowance or reduction.</w:t>
      </w:r>
    </w:p>
    <w:p/>
    <w:p/>
    <w:p>
      <w:r>
        <w:rPr>
          <w:b/>
          <w:sz w:val="20"/>
        </w:rPr>
        <w:t>Request for Relief:</w:t>
      </w:r>
    </w:p>
    <w:p>
      <w:r>
        <w:rPr>
          <w:b w:val="0"/>
          <w:sz w:val="20"/>
        </w:rPr>
        <w:t>Based on the foregoing, I/we respectfully request that the court or trustee disallow or reduce the claim as appropriate, update all records to reflect the correct status, and notify all relevant parties of the resolution of this dispute.</w:t>
      </w:r>
    </w:p>
    <w:p/>
    <w:p/>
    <w:p>
      <w:r>
        <w:rPr>
          <w:b/>
          <w:sz w:val="20"/>
        </w:rPr>
        <w:t>Supporting Documentation Included:</w:t>
      </w:r>
    </w:p>
    <w:p>
      <w:r>
        <w:rPr>
          <w:b w:val="0"/>
          <w:sz w:val="20"/>
        </w:rPr>
        <w:t>- Copies of correspondence, contracts, invoices, or statements relevant to the dispute.</w:t>
      </w:r>
    </w:p>
    <w:p>
      <w:r>
        <w:rPr>
          <w:b w:val="0"/>
          <w:sz w:val="20"/>
        </w:rPr>
        <w:t>- Affidavits or declarations supporting the disputed facts.</w:t>
      </w:r>
    </w:p>
    <w:p>
      <w:r>
        <w:rPr>
          <w:b w:val="0"/>
          <w:sz w:val="20"/>
        </w:rPr>
        <w:t>- Any applicable court orders, settlement agreements, or payment proofs.</w:t>
      </w:r>
    </w:p>
    <w:p/>
    <w:p/>
    <w:p>
      <w:r>
        <w:rPr>
          <w:b/>
          <w:sz w:val="20"/>
        </w:rPr>
        <w:t>Contact and Cooperation:</w:t>
      </w:r>
    </w:p>
    <w:p>
      <w:r>
        <w:rPr>
          <w:b w:val="0"/>
          <w:sz w:val="20"/>
        </w:rPr>
        <w:t>I/we remain available to provide any additional information or documentation required and am/are willing to cooperate fully to resolve this matter promptly.</w:t>
      </w:r>
    </w:p>
    <w:p/>
    <w:p/>
    <w:p>
      <w:r>
        <w:rPr>
          <w:b w:val="0"/>
          <w:sz w:val="20"/>
        </w:rPr>
        <w:t>Thank you for your attention to this important matter.</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https://lettertemplate-us.com/bankruptcy-dispute-letter/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bankruptcy-disput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