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BEST INTEREST OF THE CHILD LETTER</w:t>
      </w:r>
    </w:p>
    <w:p/>
    <w:p/>
    <w:p>
      <w:r>
        <w:rPr>
          <w:b w:val="0"/>
          <w:sz w:val="20"/>
        </w:rPr>
        <w:t>To Whom It May Concern:</w:t>
      </w:r>
    </w:p>
    <w:p/>
    <w:p>
      <w:r>
        <w:rPr>
          <w:b w:val="0"/>
          <w:sz w:val="20"/>
        </w:rPr>
        <w:t>I, the undersigned, provide this letter in support of the determination of the best interest of the child named below. This statement is intended to be used in any legal or administrative proceeding concerning custody, visitation, guardianship, or welfare decisions affecting the child.</w:t>
      </w:r>
    </w:p>
    <w:p/>
    <w:p/>
    <w:p>
      <w:r>
        <w:rPr>
          <w:b/>
          <w:sz w:val="22"/>
        </w:rPr>
        <w:t>Child Information</w:t>
      </w:r>
    </w:p>
    <w:p>
      <w:r>
        <w:rPr>
          <w:b w:val="0"/>
          <w:sz w:val="20"/>
        </w:rPr>
        <w:t>Full Name: ____________________________________________________________</w:t>
      </w:r>
    </w:p>
    <w:p>
      <w:r>
        <w:rPr>
          <w:b w:val="0"/>
          <w:sz w:val="20"/>
        </w:rPr>
        <w:t>Date of Birth: _________________________________________________________</w:t>
      </w:r>
    </w:p>
    <w:p>
      <w:r>
        <w:rPr>
          <w:b w:val="0"/>
          <w:sz w:val="20"/>
        </w:rPr>
        <w:t>Place of Birth: ________________________________________________________</w:t>
      </w:r>
    </w:p>
    <w:p>
      <w:r>
        <w:rPr>
          <w:b w:val="0"/>
          <w:sz w:val="20"/>
        </w:rPr>
        <w:t>Current Residence: _____________________________________________________</w:t>
      </w:r>
    </w:p>
    <w:p/>
    <w:p>
      <w:r>
        <w:rPr>
          <w:b/>
          <w:sz w:val="22"/>
        </w:rPr>
        <w:t>Parties Involved</w:t>
      </w:r>
    </w:p>
    <w:p>
      <w:r>
        <w:rPr>
          <w:b w:val="0"/>
          <w:sz w:val="20"/>
        </w:rPr>
        <w:t>Parent/Guardian 1 Name: ________________________________________________</w:t>
      </w:r>
    </w:p>
    <w:p>
      <w:r>
        <w:rPr>
          <w:b w:val="0"/>
          <w:sz w:val="20"/>
        </w:rPr>
        <w:t>Relationship to Child: 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Parent/Guardian 2 Name: ________________________________________________</w:t>
      </w:r>
    </w:p>
    <w:p>
      <w:r>
        <w:rPr>
          <w:b w:val="0"/>
          <w:sz w:val="20"/>
        </w:rPr>
        <w:t>Relationship to Child: 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2"/>
        </w:rPr>
        <w:t>Purpose of This Letter</w:t>
      </w:r>
    </w:p>
    <w:p>
      <w:r>
        <w:rPr>
          <w:b w:val="0"/>
          <w:sz w:val="20"/>
        </w:rPr>
        <w:t>This letter aims to provide a thorough and objective statement regarding the circumstances and factors relevant to the child's well-being, safety, stability, and development, in accordance with applicable United States laws and standards governing child custody and welfare decisions.</w:t>
      </w:r>
    </w:p>
    <w:p/>
    <w:p/>
    <w:p>
      <w:r>
        <w:rPr>
          <w:b/>
          <w:sz w:val="22"/>
        </w:rPr>
        <w:t>Factors Supporting Best Interest of the Child</w:t>
      </w:r>
    </w:p>
    <w:p>
      <w:r>
        <w:rPr>
          <w:b w:val="0"/>
          <w:sz w:val="20"/>
        </w:rPr>
        <w:t>1. Stability and Continuity:</w:t>
      </w:r>
    </w:p>
    <w:p>
      <w:r>
        <w:rPr>
          <w:b w:val="0"/>
          <w:sz w:val="20"/>
        </w:rPr>
        <w:t>The child benefits from a stable and continuous living environment that promotes emotional security, consistent daily routines, and permanency.</w:t>
      </w:r>
    </w:p>
    <w:p/>
    <w:p>
      <w:r>
        <w:rPr>
          <w:b w:val="0"/>
          <w:sz w:val="20"/>
        </w:rPr>
        <w:t>2. Physical and Emotional Safety:</w:t>
      </w:r>
    </w:p>
    <w:p>
      <w:r>
        <w:rPr>
          <w:b w:val="0"/>
          <w:sz w:val="20"/>
        </w:rPr>
        <w:t>The child's physical health and emotional well-being are safeguarded by living arrangements free from abuse, neglect, or exposure to harmful influences.</w:t>
      </w:r>
    </w:p>
    <w:p/>
    <w:p>
      <w:r>
        <w:rPr>
          <w:b w:val="0"/>
          <w:sz w:val="20"/>
        </w:rPr>
        <w:t>3. Parental/Guardian Capacity:</w:t>
      </w:r>
    </w:p>
    <w:p>
      <w:r>
        <w:rPr>
          <w:b w:val="0"/>
          <w:sz w:val="20"/>
        </w:rPr>
        <w:t>The parties involved demonstrate the ability to meet the child's basic needs, including food, shelter, healthcare, education, and emotional support.</w:t>
      </w:r>
    </w:p>
    <w:p/>
    <w:p>
      <w:r>
        <w:rPr>
          <w:b w:val="0"/>
          <w:sz w:val="20"/>
        </w:rPr>
        <w:t>4. Relationship and Bonding:</w:t>
      </w:r>
    </w:p>
    <w:p>
      <w:r>
        <w:rPr>
          <w:b w:val="0"/>
          <w:sz w:val="20"/>
        </w:rPr>
        <w:t>The child has a meaningful, loving, and positive relationship with the named parties, fostering attachment and healthy development.</w:t>
      </w:r>
    </w:p>
    <w:p/>
    <w:p>
      <w:r>
        <w:rPr>
          <w:b w:val="0"/>
          <w:sz w:val="20"/>
        </w:rPr>
        <w:t>5. Child’s Wishes:</w:t>
      </w:r>
    </w:p>
    <w:p>
      <w:r>
        <w:rPr>
          <w:b w:val="0"/>
          <w:sz w:val="20"/>
        </w:rPr>
        <w:t>Where appropriate, the child's own preferences and opinions are taken into account in a manner consistent with their age and maturity.</w:t>
      </w:r>
    </w:p>
    <w:p/>
    <w:p>
      <w:r>
        <w:rPr>
          <w:b w:val="0"/>
          <w:sz w:val="20"/>
        </w:rPr>
        <w:t>6. Educational and Social Opportunities:</w:t>
      </w:r>
    </w:p>
    <w:p>
      <w:r>
        <w:rPr>
          <w:b w:val="0"/>
          <w:sz w:val="20"/>
        </w:rPr>
        <w:t>The chosen placement provides access to appropriate educational settings, extracurricular activities, and social connections.</w:t>
      </w:r>
    </w:p>
    <w:p/>
    <w:p>
      <w:r>
        <w:rPr>
          <w:b w:val="0"/>
          <w:sz w:val="20"/>
        </w:rPr>
        <w:t>7. Continuity of Cultural and Religious Practices:</w:t>
      </w:r>
    </w:p>
    <w:p>
      <w:r>
        <w:rPr>
          <w:b w:val="0"/>
          <w:sz w:val="20"/>
        </w:rPr>
        <w:t>The child's cultural, religious, and linguistic heritage is respected and preserved to the extent possible.</w:t>
      </w:r>
    </w:p>
    <w:p/>
    <w:p>
      <w:r>
        <w:rPr>
          <w:b w:val="0"/>
          <w:sz w:val="20"/>
        </w:rPr>
        <w:t>8. Cooperation Between Parties:</w:t>
      </w:r>
    </w:p>
    <w:p>
      <w:r>
        <w:rPr>
          <w:b w:val="0"/>
          <w:sz w:val="20"/>
        </w:rPr>
        <w:t>The parties demonstrate the willingness and ability to cooperate in co-parenting or shared responsibilities in the child's best interests.</w:t>
      </w:r>
    </w:p>
    <w:p/>
    <w:p/>
    <w:p>
      <w:r>
        <w:rPr>
          <w:b/>
          <w:sz w:val="22"/>
        </w:rPr>
        <w:t>Additional Observations</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p>
      <w:r>
        <w:rPr>
          <w:b/>
          <w:sz w:val="22"/>
        </w:rPr>
        <w:t>Legal Disclaimer</w:t>
      </w:r>
    </w:p>
    <w:p>
      <w:r>
        <w:rPr>
          <w:b w:val="0"/>
          <w:sz w:val="20"/>
        </w:rPr>
        <w:t>This letter is provided voluntarily and is intended to assist the court or relevant authorities in making a determination regarding the best interest of the child. It is not a binding contract or legal judgment, but a representation of facts, observations, and opinions based on current knowledge and belief. All information provided herein is truthful and accurate to the best of the undersigned's knowledge.</w:t>
      </w:r>
    </w:p>
    <w:p/>
    <w:p/>
    <w:p>
      <w:r>
        <w:rPr>
          <w:b w:val="0"/>
          <w:sz w:val="20"/>
        </w:rPr>
        <w:t>I declare under penalty of perjury under the laws of the United States of America that the foregoing is true and correct.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SIGNATORY NAME</w:t>
            </w:r>
          </w:p>
        </w:tc>
        <w:tc>
          <w:tcPr>
            <w:tcW w:type="dxa" w:w="4986"/>
            <w:tcBorders>
              <w:top w:val="nil"/>
              <w:left w:val="nil"/>
              <w:bottom w:val="nil"/>
              <w:right w:val="nil"/>
              <w:insideH w:val="nil"/>
              <w:insideV w:val="nil"/>
            </w:tcBorders>
          </w:tcPr>
          <w:p>
            <w:pPr>
              <w:jc w:val="center"/>
            </w:pPr>
            <w:r>
              <w:t>RELATIONSHIP TO CHILD</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Address: ____________________________</w:t>
            </w:r>
          </w:p>
        </w:tc>
        <w:tc>
          <w:tcPr>
            <w:tcW w:type="dxa" w:w="4986"/>
            <w:tcBorders>
              <w:top w:val="nil"/>
              <w:left w:val="nil"/>
              <w:bottom w:val="nil"/>
              <w:right w:val="nil"/>
              <w:insideH w:val="nil"/>
              <w:insideV w:val="nil"/>
            </w:tcBorders>
          </w:tcPr>
          <w:p>
            <w:pPr>
              <w:jc w:val="center"/>
            </w:pPr>
            <w:r>
              <w:t>Phone: ______________________________</w:t>
            </w:r>
          </w:p>
        </w:tc>
      </w:tr>
    </w:tbl>
    <w:p/>
    <w:p/>
    <w:p>
      <w:r>
        <w:rPr>
          <w:b/>
          <w:sz w:val="22"/>
        </w:rPr>
        <w:t>Notary Acknowledgment</w:t>
      </w:r>
    </w:p>
    <w:p>
      <w:r>
        <w:rPr>
          <w:b w:val="0"/>
          <w:sz w:val="20"/>
        </w:rPr>
        <w:t>State of ___________________________</w:t>
      </w:r>
    </w:p>
    <w:p>
      <w:r>
        <w:rPr>
          <w:b w:val="0"/>
          <w:sz w:val="20"/>
        </w:rPr>
        <w:t>County of __________________________</w:t>
      </w:r>
    </w:p>
    <w:p/>
    <w:p>
      <w:r>
        <w:rPr>
          <w:b w:val="0"/>
          <w:sz w:val="20"/>
        </w:rPr>
        <w:t>On this ______ day of _______________________, before me, the undersigned Notary Public, personally appeared ______________________________, known to me (or satisfactorily proven) to be the person whose name is subscribed to this document, and acknowledged that he/she executed the same for the purposes therein contained.</w:t>
      </w:r>
    </w:p>
    <w:p/>
    <w:p>
      <w:r>
        <w:rPr>
          <w:b w:val="0"/>
          <w:sz w:val="20"/>
        </w:rPr>
        <w:t>In witness whereof, I hereunto set my hand and official seal.</w:t>
      </w:r>
    </w:p>
    <w:p/>
    <w:p/>
    <w:p/>
    <w:p/>
    <w:p>
      <w:r>
        <w:rPr>
          <w:b w:val="0"/>
          <w:sz w:val="20"/>
        </w:rPr>
        <w:t>Notary Public Signature: _______________________________________________</w:t>
      </w:r>
    </w:p>
    <w:p>
      <w:r>
        <w:rPr>
          <w:b w:val="0"/>
          <w:sz w:val="20"/>
        </w:rPr>
        <w:t>My commission expires: _________________________________________________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https://lettertemplate-us.com/best-interest-of-the-child-letter/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best-interest-of-the-child-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