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autofit"/>
        <w:tblLook w:firstColumn="1" w:firstRow="1" w:lastColumn="0" w:lastRow="0" w:noHBand="0" w:noVBand="1" w:val="04A0"/>
      </w:tblPr>
      <w:tblGrid>
        <w:gridCol w:w="4986"/>
        <w:gridCol w:w="4986"/>
      </w:tblGrid>
      <w:tr>
        <w:tc>
          <w:tcPr>
            <w:tcW w:type="dxa" w:w="2268"/>
          </w:tcPr>
          <w:p>
            <w:pPr>
              <w:jc w:val="left"/>
            </w:pPr>
            <w:r>
              <w:rPr>
                <w:b/>
                <w:sz w:val="24"/>
              </w:rPr>
              <w:t>[Company Logo Here]</w:t>
            </w:r>
          </w:p>
        </w:tc>
        <w:tc>
          <w:tcPr>
            <w:tcW w:type="dxa" w:w="4986"/>
          </w:tcPr>
          <w:p>
            <w:pPr>
              <w:jc w:val="right"/>
            </w:pPr>
            <w:r>
              <w:rPr>
                <w:b/>
                <w:sz w:val="32"/>
              </w:rPr>
              <w:t>ACME CORPORATION</w:t>
            </w:r>
          </w:p>
        </w:tc>
      </w:tr>
    </w:tbl>
    <w:p/>
    <w:p>
      <w:pPr>
        <w:jc w:val="right"/>
      </w:pPr>
      <w:r>
        <w:rPr>
          <w:b w:val="0"/>
          <w:sz w:val="20"/>
        </w:rPr>
        <w:t>1234 Business Park Drive, Suite 100</w:t>
      </w:r>
    </w:p>
    <w:p>
      <w:pPr>
        <w:jc w:val="right"/>
      </w:pPr>
      <w:r>
        <w:rPr>
          <w:b w:val="0"/>
          <w:sz w:val="20"/>
        </w:rPr>
        <w:t>Metropolis, NY 10001</w:t>
      </w:r>
    </w:p>
    <w:p>
      <w:pPr>
        <w:jc w:val="right"/>
      </w:pPr>
      <w:r>
        <w:rPr>
          <w:b w:val="0"/>
          <w:sz w:val="20"/>
        </w:rPr>
        <w:t>Phone: (555) 123-4567    Fax: (555) 765-4321</w:t>
      </w:r>
    </w:p>
    <w:p>
      <w:pPr>
        <w:jc w:val="right"/>
      </w:pPr>
      <w:r>
        <w:rPr>
          <w:b w:val="0"/>
          <w:sz w:val="20"/>
        </w:rPr>
        <w:t>Email: contact@acmecorp.com    Website: www.acmecorp.com</w:t>
      </w:r>
    </w:p>
    <w:p/>
    <w:p/>
    <w:p>
      <w:r>
        <w:rPr>
          <w:b/>
          <w:sz w:val="20"/>
        </w:rPr>
        <w:t>Recipient Name:</w:t>
      </w:r>
    </w:p>
    <w:p>
      <w:r>
        <w:rPr>
          <w:b w:val="0"/>
          <w:sz w:val="20"/>
        </w:rPr>
        <w:t>Job Title:</w:t>
      </w:r>
    </w:p>
    <w:p>
      <w:r>
        <w:rPr>
          <w:b w:val="0"/>
          <w:sz w:val="20"/>
        </w:rPr>
        <w:t>Company Name:</w:t>
      </w:r>
    </w:p>
    <w:p>
      <w:r>
        <w:rPr>
          <w:b w:val="0"/>
          <w:sz w:val="20"/>
        </w:rPr>
        <w:t>Street Address:</w:t>
      </w:r>
    </w:p>
    <w:p>
      <w:r>
        <w:rPr>
          <w:b w:val="0"/>
          <w:sz w:val="20"/>
        </w:rPr>
        <w:t>City, State ZIP Code:</w:t>
      </w:r>
    </w:p>
    <w:p/>
    <w:p/>
    <w:p>
      <w:r>
        <w:rPr>
          <w:b/>
          <w:sz w:val="20"/>
        </w:rPr>
        <w:t xml:space="preserve">Subject: </w:t>
      </w:r>
    </w:p>
    <w:p/>
    <w:p>
      <w:r>
        <w:rPr>
          <w:b w:val="0"/>
          <w:sz w:val="20"/>
        </w:rPr>
        <w:t>Dear [Recipient Name],</w:t>
      </w:r>
    </w:p>
    <w:p/>
    <w:p>
      <w:r>
        <w:rPr>
          <w:b w:val="0"/>
          <w:sz w:val="20"/>
        </w:rPr>
        <w:t>We are writing to inform you about important updates and business opportunities that may be of interest to your organization. ACME Corporation remains committed to providing top-tier products and services tailored to meet your needs.</w:t>
      </w:r>
    </w:p>
    <w:p/>
    <w:p>
      <w:r>
        <w:rPr>
          <w:b w:val="0"/>
          <w:sz w:val="20"/>
        </w:rPr>
        <w:t>Our latest offerings include advanced solutions designed to enhance operational efficiency, reduce costs, and improve overall customer satisfaction. We invite you to review the enclosed materials and consider how these can be integrated into your current workflows.</w:t>
      </w:r>
    </w:p>
    <w:p/>
    <w:p>
      <w:r>
        <w:rPr>
          <w:b w:val="0"/>
          <w:sz w:val="20"/>
        </w:rPr>
        <w:t>Should you have any questions or require further information, please do not hesitate to contact our representative at the details provided above. We look forward to the possibility of collaborating with your team.</w:t>
      </w:r>
    </w:p>
    <w:p/>
    <w:p>
      <w:r>
        <w:rPr>
          <w:b w:val="0"/>
          <w:sz w:val="20"/>
        </w:rPr>
        <w:t>Thank you for your attention and consideration.</w:t>
      </w:r>
    </w:p>
    <w:p/>
    <w:p/>
    <w:p>
      <w:r>
        <w:rPr>
          <w:b w:val="0"/>
          <w:sz w:val="20"/>
        </w:rPr>
        <w:t>Sincerely,</w:t>
      </w:r>
    </w:p>
    <w:p/>
    <w:p/>
    <w:p/>
    <w:p>
      <w:r>
        <w:rPr>
          <w:b w:val="0"/>
          <w:sz w:val="20"/>
        </w:rPr>
        <w:t>_____________________________</w:t>
      </w:r>
    </w:p>
    <w:p>
      <w:r>
        <w:rPr>
          <w:b/>
          <w:sz w:val="20"/>
        </w:rPr>
        <w:t>John Q. Public</w:t>
      </w:r>
    </w:p>
    <w:p>
      <w:r>
        <w:rPr>
          <w:b w:val="0"/>
          <w:sz w:val="20"/>
        </w:rPr>
        <w:t>Chief Executive Officer</w:t>
      </w:r>
    </w:p>
    <w:p>
      <w:r>
        <w:rPr>
          <w:b w:val="0"/>
          <w:sz w:val="20"/>
        </w:rPr>
        <w:t>ACME Corporation</w:t>
      </w:r>
    </w:p>
    <w:p/>
    <w:p/>
    <w:p>
      <w:pPr>
        <w:jc w:val="center"/>
      </w:pPr>
      <w:r>
        <w:rPr>
          <w:sz w:val="14"/>
        </w:rPr>
        <w:t>This letter and any attachments are confidential and intended solely for the use of the individual or entity to whom they are addressed. If you have received this letter in error, please notify the sender immediately and delete it from your system. ACME Corporation accepts no liability for any damage caused by any virus transmitted by this email.</w:t>
      </w:r>
    </w:p>
    <w:p>
      <w:r>
        <w:br w:type="page"/>
      </w:r>
    </w:p>
    <w:p>
      <w:pPr>
        <w:jc w:val="center"/>
      </w:pPr>
      <w:r>
        <w:rPr>
          <w:color w:val="555555"/>
          <w:sz w:val="24"/>
        </w:rPr>
        <w:t>Original source of this document:</w:t>
      </w:r>
    </w:p>
    <w:p>
      <w:pPr>
        <w:jc w:val="center"/>
      </w:pPr>
      <w:hyperlink r:id="rId9">
        <w:r>
          <w:rPr>
            <w:color w:val="0000FF"/>
            <w:u w:val="single"/>
          </w:rPr>
          <w:t>https://lettertemplate-us.com/business-letter-head/</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business-letter-head/"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