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BUSINESS REFERENCE LETTER</w:t>
      </w:r>
    </w:p>
    <w:p/>
    <w:p/>
    <w:p>
      <w:r>
        <w:rPr>
          <w:b/>
          <w:sz w:val="20"/>
        </w:rPr>
        <w:t>From:</w:t>
      </w:r>
    </w:p>
    <w:p>
      <w:r>
        <w:rPr>
          <w:b w:val="0"/>
          <w:sz w:val="20"/>
        </w:rPr>
        <w:t>Company Name: _______________________________________________</w:t>
      </w:r>
    </w:p>
    <w:p>
      <w:r>
        <w:rPr>
          <w:b w:val="0"/>
          <w:sz w:val="20"/>
        </w:rPr>
        <w:t>Address: ____________________________________________________</w:t>
      </w:r>
    </w:p>
    <w:p>
      <w:r>
        <w:rPr>
          <w:b w:val="0"/>
          <w:sz w:val="20"/>
        </w:rPr>
        <w:t>City, State ZIP: _____________________________________________</w:t>
      </w:r>
    </w:p>
    <w:p>
      <w:r>
        <w:rPr>
          <w:b w:val="0"/>
          <w:sz w:val="20"/>
        </w:rPr>
        <w:t>Phone: ______________________________________________________</w:t>
      </w:r>
    </w:p>
    <w:p>
      <w:r>
        <w:rPr>
          <w:b w:val="0"/>
          <w:sz w:val="20"/>
        </w:rPr>
        <w:t>Email: ______________________________________________________</w:t>
      </w:r>
    </w:p>
    <w:p/>
    <w:p/>
    <w:p>
      <w:r>
        <w:rPr>
          <w:b/>
          <w:sz w:val="20"/>
        </w:rPr>
        <w:t>To:</w:t>
      </w:r>
    </w:p>
    <w:p>
      <w:r>
        <w:rPr>
          <w:b w:val="0"/>
          <w:sz w:val="20"/>
        </w:rPr>
        <w:t>Recipient Name: _____________________________________________</w:t>
      </w:r>
    </w:p>
    <w:p>
      <w:r>
        <w:rPr>
          <w:b w:val="0"/>
          <w:sz w:val="20"/>
        </w:rPr>
        <w:t>Title: ______________________________________________________</w:t>
      </w:r>
    </w:p>
    <w:p>
      <w:r>
        <w:rPr>
          <w:b w:val="0"/>
          <w:sz w:val="20"/>
        </w:rPr>
        <w:t>Company Name: _______________________________________________</w:t>
      </w:r>
    </w:p>
    <w:p>
      <w:r>
        <w:rPr>
          <w:b w:val="0"/>
          <w:sz w:val="20"/>
        </w:rPr>
        <w:t>Address: ____________________________________________________</w:t>
      </w:r>
    </w:p>
    <w:p>
      <w:r>
        <w:rPr>
          <w:b w:val="0"/>
          <w:sz w:val="20"/>
        </w:rPr>
        <w:t>City, State ZIP: _____________________________________________</w:t>
      </w:r>
    </w:p>
    <w:p/>
    <w:p/>
    <w:p>
      <w:r>
        <w:rPr>
          <w:b w:val="0"/>
          <w:sz w:val="20"/>
        </w:rPr>
        <w:t>Dear Sir or Madam,</w:t>
      </w:r>
    </w:p>
    <w:p/>
    <w:p>
      <w:r>
        <w:rPr>
          <w:b w:val="0"/>
          <w:sz w:val="20"/>
        </w:rPr>
        <w:t>This letter serves as a formal business reference for the entity named below. It is intended to provide factual information regarding the business relationship and performance of the referenced party based on our experience and records.</w:t>
      </w:r>
    </w:p>
    <w:p/>
    <w:p>
      <w:r>
        <w:rPr>
          <w:b/>
          <w:sz w:val="20"/>
        </w:rPr>
        <w:t>Business Subject:</w:t>
      </w:r>
    </w:p>
    <w:p>
      <w:r>
        <w:rPr>
          <w:b w:val="0"/>
          <w:sz w:val="20"/>
        </w:rPr>
        <w:t>Business Name: _______________________________________________</w:t>
      </w:r>
    </w:p>
    <w:p>
      <w:r>
        <w:rPr>
          <w:b w:val="0"/>
          <w:sz w:val="20"/>
        </w:rPr>
        <w:t>Address: ____________________________________________________</w:t>
      </w:r>
    </w:p>
    <w:p>
      <w:r>
        <w:rPr>
          <w:b w:val="0"/>
          <w:sz w:val="20"/>
        </w:rPr>
        <w:t>City, State ZIP: _____________________________________________</w:t>
      </w:r>
    </w:p>
    <w:p/>
    <w:p>
      <w:r>
        <w:rPr>
          <w:b/>
          <w:sz w:val="20"/>
        </w:rPr>
        <w:t>Nature of Relationship:</w:t>
      </w:r>
    </w:p>
    <w:p>
      <w:r>
        <w:rPr>
          <w:b w:val="0"/>
          <w:sz w:val="20"/>
        </w:rPr>
        <w:t>The business relationship between our company and the referenced party has been ongoing since ____________________. During this period, the referenced business has engaged in the following activities and transactions with us:</w:t>
      </w:r>
    </w:p>
    <w:p>
      <w:r>
        <w:rPr>
          <w:b w:val="0"/>
          <w:sz w:val="20"/>
        </w:rPr>
        <w:t>- ___________________________________________________________</w:t>
      </w:r>
    </w:p>
    <w:p>
      <w:r>
        <w:rPr>
          <w:b w:val="0"/>
          <w:sz w:val="20"/>
        </w:rPr>
        <w:t>- ___________________________________________________________</w:t>
      </w:r>
    </w:p>
    <w:p>
      <w:r>
        <w:rPr>
          <w:b w:val="0"/>
          <w:sz w:val="20"/>
        </w:rPr>
        <w:t>- ___________________________________________________________</w:t>
      </w:r>
    </w:p>
    <w:p/>
    <w:p>
      <w:r>
        <w:rPr>
          <w:b/>
          <w:sz w:val="20"/>
        </w:rPr>
        <w:t>Performance and Conduct:</w:t>
      </w:r>
    </w:p>
    <w:p>
      <w:r>
        <w:rPr>
          <w:b w:val="0"/>
          <w:sz w:val="20"/>
        </w:rPr>
        <w:t>Based on our observations and records, the referenced business has consistently demonstrated professionalism, reliability, and integrity in its dealings. We have found their adherence to contractual obligations, payment terms, and quality standards to be satisfactory and in accordance with industry norms.</w:t>
      </w:r>
    </w:p>
    <w:p>
      <w:r>
        <w:rPr>
          <w:b w:val="0"/>
          <w:sz w:val="20"/>
        </w:rPr>
        <w:t>To our knowledge, the business maintains compliance with applicable laws and regulations in its operations and holds all necessary licenses and permits required for its activities.</w:t>
      </w:r>
    </w:p>
    <w:p/>
    <w:p>
      <w:r>
        <w:rPr>
          <w:b/>
          <w:sz w:val="20"/>
        </w:rPr>
        <w:t>Creditworthiness and Financial Stability:</w:t>
      </w:r>
    </w:p>
    <w:p>
      <w:r>
        <w:rPr>
          <w:b w:val="0"/>
          <w:sz w:val="20"/>
        </w:rPr>
        <w:t>The referenced entity has fulfilled its financial commitments within the agreed terms. We consider the business to possess adequate financial stability to support its current level of operations and credit obligations. This assessment is made on the basis of payment history and transactional experience.</w:t>
      </w:r>
    </w:p>
    <w:p/>
    <w:p>
      <w:r>
        <w:rPr>
          <w:b/>
          <w:sz w:val="20"/>
        </w:rPr>
        <w:t>Disclaimer:</w:t>
      </w:r>
    </w:p>
    <w:p>
      <w:r>
        <w:rPr>
          <w:b w:val="0"/>
          <w:sz w:val="20"/>
        </w:rPr>
        <w:t>This reference letter is provided in good faith and based on information available to us at the time of issuance. It does not constitute a guarantee or warranty, express or implied, of future performance or financial conditions. The recipient is encouraged to conduct its own due diligence.</w:t>
      </w:r>
    </w:p>
    <w:p/>
    <w:p>
      <w:r>
        <w:rPr>
          <w:b w:val="0"/>
          <w:sz w:val="20"/>
        </w:rPr>
        <w:t>Should you require any additional information or clarification, please feel free to contact us at the details provided above.</w:t>
      </w:r>
    </w:p>
    <w:p/>
    <w:p/>
    <w:p>
      <w:r>
        <w:rPr>
          <w:b w:val="0"/>
          <w:sz w:val="20"/>
        </w:rPr>
        <w:t>Sincerely,</w:t>
      </w:r>
    </w:p>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Representative</w:t>
            </w:r>
          </w:p>
        </w:tc>
        <w:tc>
          <w:tcPr>
            <w:tcW w:type="dxa" w:w="4986"/>
            <w:tcBorders>
              <w:top w:val="nil"/>
              <w:left w:val="nil"/>
              <w:bottom w:val="nil"/>
              <w:right w:val="nil"/>
              <w:insideH w:val="nil"/>
              <w:insideV w:val="nil"/>
            </w:tcBorders>
          </w:tcPr>
          <w:p>
            <w:pPr>
              <w:jc w:val="center"/>
            </w:pPr>
            <w:r>
              <w:t>Position / Title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Date: ______________________________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Company: 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https://lettertemplate-us.com/business-reference-letter/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business-reference-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