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CAR REPOSSESSION NOTICE</w:t>
      </w:r>
    </w:p>
    <w:p/>
    <w:p>
      <w:r>
        <w:rPr>
          <w:b/>
          <w:sz w:val="20"/>
        </w:rPr>
        <w:t>Sender Information:</w:t>
      </w:r>
    </w:p>
    <w:p>
      <w:r>
        <w:rPr>
          <w:b w:val="0"/>
          <w:sz w:val="20"/>
        </w:rPr>
        <w:t>Company Name: 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p>
      <w:r>
        <w:rPr>
          <w:b/>
          <w:sz w:val="20"/>
        </w:rPr>
        <w:t>Subject: Notice of Vehicle Repossession</w:t>
      </w:r>
    </w:p>
    <w:p/>
    <w:p>
      <w:r>
        <w:rPr>
          <w:b w:val="0"/>
          <w:sz w:val="20"/>
        </w:rPr>
        <w:t>Dear Sir/Madam,</w:t>
      </w:r>
    </w:p>
    <w:p/>
    <w:p>
      <w:r>
        <w:rPr>
          <w:b w:val="0"/>
          <w:sz w:val="20"/>
        </w:rPr>
        <w:t>This letter serves as formal notice that, pursuant to the terms and conditions of the security agreement executed between you and</w:t>
      </w:r>
    </w:p>
    <w:p>
      <w:r>
        <w:rPr>
          <w:b w:val="0"/>
          <w:sz w:val="20"/>
        </w:rPr>
        <w:t>______________________________________________________________, you are in default of your obligations relating to the secured vehicle detailed below. Due to your failure to cure the default within the required timeframe, we are exercising our right to repossess the vehicle in accordance with applicable United States law.</w:t>
      </w:r>
    </w:p>
    <w:p/>
    <w:p>
      <w:r>
        <w:rPr>
          <w:b/>
          <w:sz w:val="20"/>
        </w:rPr>
        <w:t>Vehicle Information:</w:t>
      </w:r>
    </w:p>
    <w:p>
      <w:r>
        <w:rPr>
          <w:b w:val="0"/>
          <w:sz w:val="20"/>
        </w:rPr>
        <w:t>Make: ________________________________________________________________</w:t>
      </w:r>
    </w:p>
    <w:p>
      <w:r>
        <w:rPr>
          <w:b w:val="0"/>
          <w:sz w:val="20"/>
        </w:rPr>
        <w:t>Model: _______________________________________________________________</w:t>
      </w:r>
    </w:p>
    <w:p>
      <w:r>
        <w:rPr>
          <w:b w:val="0"/>
          <w:sz w:val="20"/>
        </w:rPr>
        <w:t>Year: ________________________________________________________________</w:t>
      </w:r>
    </w:p>
    <w:p>
      <w:r>
        <w:rPr>
          <w:b w:val="0"/>
          <w:sz w:val="20"/>
        </w:rPr>
        <w:t>Vehicle Identification Number (VIN): ___________________________________</w:t>
      </w:r>
    </w:p>
    <w:p>
      <w:r>
        <w:rPr>
          <w:b w:val="0"/>
          <w:sz w:val="20"/>
        </w:rPr>
        <w:t>License Plate Number: _________________________________________________</w:t>
      </w:r>
    </w:p>
    <w:p/>
    <w:p>
      <w:r>
        <w:rPr>
          <w:b/>
          <w:sz w:val="20"/>
        </w:rPr>
        <w:t>Loan/Contract Information:</w:t>
      </w:r>
    </w:p>
    <w:p>
      <w:r>
        <w:rPr>
          <w:b w:val="0"/>
          <w:sz w:val="20"/>
        </w:rPr>
        <w:t>Account/Contract Number: ______________________________________________</w:t>
      </w:r>
    </w:p>
    <w:p>
      <w:r>
        <w:rPr>
          <w:b w:val="0"/>
          <w:sz w:val="20"/>
        </w:rPr>
        <w:t>Date of Agreement: ____________________________________________________</w:t>
      </w:r>
    </w:p>
    <w:p>
      <w:r>
        <w:rPr>
          <w:b w:val="0"/>
          <w:sz w:val="20"/>
        </w:rPr>
        <w:t>Outstanding Balance: _________________________________________________</w:t>
      </w:r>
    </w:p>
    <w:p/>
    <w:p>
      <w:r>
        <w:rPr>
          <w:b/>
          <w:sz w:val="20"/>
        </w:rPr>
        <w:t>Notice of Default and Right to Cure:</w:t>
      </w:r>
    </w:p>
    <w:p>
      <w:r>
        <w:rPr>
          <w:b w:val="0"/>
          <w:sz w:val="20"/>
        </w:rPr>
        <w:t>You have failed to make the required payments as outlined in the agreement. This default entitles us to repossess the vehicle without further notice or demand, except as otherwise required by law.</w:t>
      </w:r>
    </w:p>
    <w:p/>
    <w:p>
      <w:r>
        <w:rPr>
          <w:b w:val="0"/>
          <w:sz w:val="20"/>
        </w:rPr>
        <w:t>If you wish to avoid repossession, you may cure the default by paying the total amount due, including any applicable fees and costs, prior to the repossession date.</w:t>
      </w:r>
    </w:p>
    <w:p/>
    <w:p>
      <w:r>
        <w:rPr>
          <w:b/>
          <w:sz w:val="20"/>
        </w:rPr>
        <w:t>Repossession Details:</w:t>
      </w:r>
    </w:p>
    <w:p>
      <w:r>
        <w:rPr>
          <w:b w:val="0"/>
          <w:sz w:val="20"/>
        </w:rPr>
        <w:t>The repossession will be conducted on or after the date specified below, at the location listed. The vehicle will be removed in compliance with all applicable laws, without breach of the peace.</w:t>
      </w:r>
    </w:p>
    <w:p>
      <w:r>
        <w:rPr>
          <w:b w:val="0"/>
          <w:sz w:val="20"/>
        </w:rPr>
        <w:t>Date of Repossession: ________________________________________________</w:t>
      </w:r>
    </w:p>
    <w:p>
      <w:r>
        <w:rPr>
          <w:b w:val="0"/>
          <w:sz w:val="20"/>
        </w:rPr>
        <w:t>Location of Repossession: _____________________________________________</w:t>
      </w:r>
    </w:p>
    <w:p/>
    <w:p>
      <w:r>
        <w:rPr>
          <w:b/>
          <w:sz w:val="20"/>
        </w:rPr>
        <w:t>Right to Redeem:</w:t>
      </w:r>
    </w:p>
    <w:p>
      <w:r>
        <w:rPr>
          <w:b w:val="0"/>
          <w:sz w:val="20"/>
        </w:rPr>
        <w:t>Under United States law, you have the right to redeem the vehicle prior to its sale by paying the full amount owed, including repossession costs, fees, and any other charges allowed by law. Redemption must occur before disposition of the vehicle.</w:t>
      </w:r>
    </w:p>
    <w:p/>
    <w:p>
      <w:r>
        <w:rPr>
          <w:b/>
          <w:sz w:val="20"/>
        </w:rPr>
        <w:t>Disposition of Vehicle:</w:t>
      </w:r>
    </w:p>
    <w:p>
      <w:r>
        <w:rPr>
          <w:b w:val="0"/>
          <w:sz w:val="20"/>
        </w:rPr>
        <w:t>If the vehicle is not redeemed, it may be sold at a public or private sale in compliance with applicable laws. Proceeds from the sale will be applied to your outstanding balance, and any surplus will be returned to you. You remain liable for any deficiency after the sale.</w:t>
      </w:r>
    </w:p>
    <w:p/>
    <w:p>
      <w:r>
        <w:rPr>
          <w:b/>
          <w:sz w:val="20"/>
        </w:rPr>
        <w:t>Disclaimer and Legal Compliance:</w:t>
      </w:r>
    </w:p>
    <w:p>
      <w:r>
        <w:rPr>
          <w:b w:val="0"/>
          <w:sz w:val="20"/>
        </w:rPr>
        <w:t>This notice is provided in accordance with all applicable federal and state laws governing vehicle repossession and your rights as a debtor. We intend to comply fully with all legal requirements to ensure your rights are protected.</w:t>
      </w:r>
    </w:p>
    <w:p/>
    <w:p>
      <w:r>
        <w:rPr>
          <w:b/>
          <w:sz w:val="20"/>
        </w:rPr>
        <w:t>For questions or to arrange payment to cure the default, please contact:</w:t>
      </w:r>
    </w:p>
    <w:p>
      <w:r>
        <w:rPr>
          <w:b w:val="0"/>
          <w:sz w:val="20"/>
        </w:rPr>
        <w:t>Name: ________________________________________________________________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val="0"/>
          <w:sz w:val="20"/>
        </w:rPr>
        <w:t>Sincerely,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https://lettertemplate-us.com/car-repossession-letter/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ar-repossess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