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CHARACTER REFERENCE LETTER FOR COURT</w:t>
      </w:r>
    </w:p>
    <w:p/>
    <w:p/>
    <w:p>
      <w:r>
        <w:rPr>
          <w:b w:val="0"/>
          <w:sz w:val="20"/>
        </w:rPr>
        <w:t>To Whom It May Concern:</w:t>
      </w:r>
    </w:p>
    <w:p/>
    <w:p>
      <w:r>
        <w:rPr>
          <w:b w:val="0"/>
          <w:sz w:val="20"/>
        </w:rPr>
        <w:t>I am writing this letter to provide a character reference for the individual named below, who is involved in a legal matter currently before the court. It is my intent to offer an honest, detailed, and candid account of their character, conduct, and personal qualities as I have observed them over time.</w:t>
      </w:r>
    </w:p>
    <w:p/>
    <w:p/>
    <w:p>
      <w:r>
        <w:rPr>
          <w:b/>
          <w:sz w:val="20"/>
        </w:rPr>
        <w:t>Subject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Relationship to Writer: _________________________________________________</w:t>
      </w:r>
    </w:p>
    <w:p/>
    <w:p>
      <w:r>
        <w:rPr>
          <w:b/>
          <w:sz w:val="20"/>
        </w:rPr>
        <w:t>Writer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Occupation: 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Character Description:</w:t>
      </w:r>
    </w:p>
    <w:p>
      <w:r>
        <w:rPr>
          <w:b w:val="0"/>
          <w:sz w:val="20"/>
        </w:rPr>
        <w:t>I have known the subject for __________________ years and have had ample opportunity to observe their behavior and character in a variety of settings. Throughout this time, they have consistently demonstrated the following qualities:</w:t>
      </w:r>
    </w:p>
    <w:p>
      <w:r>
        <w:rPr>
          <w:b w:val="0"/>
          <w:sz w:val="20"/>
        </w:rPr>
        <w:t>• Honesty and integrity in all personal and professional dealings.</w:t>
      </w:r>
    </w:p>
    <w:p>
      <w:r>
        <w:rPr>
          <w:b w:val="0"/>
          <w:sz w:val="20"/>
        </w:rPr>
        <w:t>• Responsibility and accountability for their actions.</w:t>
      </w:r>
    </w:p>
    <w:p>
      <w:r>
        <w:rPr>
          <w:b w:val="0"/>
          <w:sz w:val="20"/>
        </w:rPr>
        <w:t>• Respectfulness towards others regardless of circumstances.</w:t>
      </w:r>
    </w:p>
    <w:p>
      <w:r>
        <w:rPr>
          <w:b w:val="0"/>
          <w:sz w:val="20"/>
        </w:rPr>
        <w:t>• Commitment to family, community, and personal growth.</w:t>
      </w:r>
    </w:p>
    <w:p>
      <w:r>
        <w:rPr>
          <w:b w:val="0"/>
          <w:sz w:val="20"/>
        </w:rPr>
        <w:t>• Law-abiding behavior and adherence to societal norms.</w:t>
      </w:r>
    </w:p>
    <w:p/>
    <w:p>
      <w:r>
        <w:rPr>
          <w:b/>
          <w:sz w:val="20"/>
        </w:rPr>
        <w:t>Personal Observations:</w:t>
      </w:r>
    </w:p>
    <w:p>
      <w:r>
        <w:rPr>
          <w:b w:val="0"/>
          <w:sz w:val="20"/>
        </w:rPr>
        <w:t>In my interactions with the subject, I have found them to be reliable, compassionate, and hardworking. They have faced challenges with courage and perseverance and have shown genuine remorse where appropriate. Their behavior over the course of our acquaintance has been exemplary, and I firmly believe they have the capacity to contribute positively to society.</w:t>
      </w:r>
    </w:p>
    <w:p/>
    <w:p>
      <w:r>
        <w:rPr>
          <w:b/>
          <w:sz w:val="20"/>
        </w:rPr>
        <w:t>Suitability for Leniency or Consideration:</w:t>
      </w:r>
    </w:p>
    <w:p>
      <w:r>
        <w:rPr>
          <w:b w:val="0"/>
          <w:sz w:val="20"/>
        </w:rPr>
        <w:t>Based on my knowledge of the subject's character, I respectfully request that the court consider these qualities when determining any decisions or sentencing. I believe the subject is committed to making amends and demonstrates sincere intent to adhere to lawful and ethical standards going forward.</w:t>
      </w:r>
    </w:p>
    <w:p/>
    <w:p>
      <w:r>
        <w:rPr>
          <w:b w:val="0"/>
          <w:sz w:val="20"/>
        </w:rPr>
        <w:t>I am available for further contact should you require additional information or clarification regarding this reference.</w:t>
      </w:r>
    </w:p>
    <w:p/>
    <w:p/>
    <w:p>
      <w:r>
        <w:rPr>
          <w:b w:val="0"/>
          <w:sz w:val="20"/>
        </w:rPr>
        <w:t>Sincerely,</w:t>
      </w:r>
    </w:p>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Signature: ___________________________________________</w:t>
            </w:r>
          </w:p>
        </w:tc>
      </w:tr>
      <w:tr>
        <w:tc>
          <w:tcPr>
            <w:tcW w:type="dxa" w:w="9972"/>
            <w:tcBorders>
              <w:top w:val="nil"/>
              <w:left w:val="nil"/>
              <w:bottom w:val="nil"/>
              <w:right w:val="nil"/>
              <w:insideH w:val="nil"/>
              <w:insideV w:val="nil"/>
            </w:tcBorders>
          </w:tcPr>
          <w:p>
            <w:pPr>
              <w:jc w:val="left"/>
            </w:pPr>
            <w:r>
              <w:t>Printed Name: ________________________________________</w:t>
            </w:r>
          </w:p>
        </w:tc>
      </w:tr>
      <w:tr>
        <w:tc>
          <w:tcPr>
            <w:tcW w:type="dxa" w:w="9972"/>
            <w:tcBorders>
              <w:top w:val="nil"/>
              <w:left w:val="nil"/>
              <w:bottom w:val="nil"/>
              <w:right w:val="nil"/>
              <w:insideH w:val="nil"/>
              <w:insideV w:val="nil"/>
            </w:tcBorders>
          </w:tcPr>
          <w:p>
            <w:pPr>
              <w:jc w:val="left"/>
            </w:pPr>
            <w:r>
              <w:t>Date: ________________________________________________</w:t>
            </w:r>
          </w:p>
        </w:tc>
      </w:tr>
    </w:tbl>
    <w:p/>
    <w:p/>
    <w:p>
      <w:r>
        <w:rPr>
          <w:b/>
          <w:sz w:val="20"/>
        </w:rPr>
        <w:t>NOTARY OR WITNESS ACKNOWLEDGMENT</w:t>
      </w:r>
    </w:p>
    <w:p>
      <w:r>
        <w:rPr>
          <w:b w:val="0"/>
          <w:sz w:val="20"/>
        </w:rPr>
        <w:t>On this day, before me, the undersigned authority, personally appeared the above-named individual, known to me (or satisfactorily proven) to be the person whose name is subscribed to this instrument, and acknowledged that they executed the same for the purposes therein contained.</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Notary/Witness Signature:</w:t>
            </w:r>
          </w:p>
        </w:tc>
        <w:tc>
          <w:tcPr>
            <w:tcW w:type="dxa" w:w="4986"/>
            <w:tcBorders>
              <w:top w:val="nil"/>
              <w:left w:val="nil"/>
              <w:bottom w:val="nil"/>
              <w:right w:val="nil"/>
              <w:insideH w:val="nil"/>
              <w:insideV w:val="nil"/>
            </w:tcBorders>
          </w:tcPr>
          <w:p>
            <w:pPr>
              <w:jc w:val="left"/>
            </w:pPr>
            <w:r>
              <w:t>Date:</w:t>
            </w:r>
          </w:p>
        </w:tc>
      </w:tr>
      <w:tr>
        <w:tc>
          <w:tcPr>
            <w:tcW w:type="dxa" w:w="4986"/>
            <w:tcBorders>
              <w:top w:val="nil"/>
              <w:left w:val="nil"/>
              <w:bottom w:val="nil"/>
              <w:right w:val="nil"/>
              <w:insideH w:val="nil"/>
              <w:insideV w:val="nil"/>
            </w:tcBorders>
          </w:tcPr>
          <w:p>
            <w:pPr>
              <w:jc w:val="left"/>
            </w:pPr>
            <w:r>
              <w:t>Printed Name:</w:t>
            </w:r>
          </w:p>
        </w:tc>
        <w:tc>
          <w:tcPr>
            <w:tcW w:type="dxa" w:w="4986"/>
            <w:tcBorders>
              <w:top w:val="nil"/>
              <w:left w:val="nil"/>
              <w:bottom w:val="nil"/>
              <w:right w:val="nil"/>
              <w:insideH w:val="nil"/>
              <w:insideV w:val="nil"/>
            </w:tcBorders>
          </w:tcPr>
          <w:p>
            <w:pPr>
              <w:jc w:val="left"/>
            </w:pPr>
            <w:r>
              <w:t>Commission Expiration Date (if applicable):</w:t>
            </w:r>
          </w:p>
        </w:tc>
      </w:tr>
      <w:tr>
        <w:tc>
          <w:tcPr>
            <w:tcW w:type="dxa" w:w="4986"/>
            <w:tcBorders>
              <w:top w:val="nil"/>
              <w:left w:val="nil"/>
              <w:bottom w:val="nil"/>
              <w:right w:val="nil"/>
              <w:insideH w:val="nil"/>
              <w:insideV w:val="nil"/>
            </w:tcBorders>
          </w:tcPr>
          <w:p>
            <w:pPr>
              <w:jc w:val="left"/>
            </w:pPr>
            <w:r>
              <w:t>Address:</w:t>
            </w:r>
          </w:p>
        </w:tc>
        <w:tc>
          <w:tcPr>
            <w:tcW w:type="dxa" w:w="4986"/>
            <w:tcBorders>
              <w:top w:val="nil"/>
              <w:left w:val="nil"/>
              <w:bottom w:val="nil"/>
              <w:right w:val="nil"/>
              <w:insideH w:val="nil"/>
              <w:insideV w:val="nil"/>
            </w:tcBorders>
          </w:tcPr>
          <w:p>
            <w:pPr>
              <w:jc w:val="left"/>
            </w:pPr>
            <w:r/>
          </w:p>
        </w:tc>
      </w:tr>
      <w:tr>
        <w:tc>
          <w:tcPr>
            <w:tcW w:type="dxa" w:w="4986"/>
            <w:tcBorders>
              <w:top w:val="nil"/>
              <w:left w:val="nil"/>
              <w:bottom w:val="nil"/>
              <w:right w:val="nil"/>
              <w:insideH w:val="nil"/>
              <w:insideV w:val="nil"/>
            </w:tcBorders>
          </w:tcPr>
          <w:p>
            <w:pPr>
              <w:jc w:val="left"/>
            </w:pPr>
            <w:r>
              <w:t>Phone Number:</w:t>
            </w:r>
          </w:p>
        </w:tc>
        <w:tc>
          <w:tcPr>
            <w:tcW w:type="dxa" w:w="4986"/>
            <w:tcBorders>
              <w:top w:val="nil"/>
              <w:left w:val="nil"/>
              <w:bottom w:val="nil"/>
              <w:right w:val="nil"/>
              <w:insideH w:val="nil"/>
              <w:insideV w:val="nil"/>
            </w:tcBorders>
          </w:tcPr>
          <w:p>
            <w:pPr>
              <w:jc w:val="left"/>
            </w:pPr>
            <w:r/>
          </w:p>
        </w:tc>
      </w:tr>
    </w:tbl>
    <w:p/>
    <w:p/>
    <w:p>
      <w:r>
        <w:rPr>
          <w:b w:val="0"/>
          <w:sz w:val="20"/>
        </w:rPr>
        <w:t>This character reference letter is provided voluntarily and without any form of coercion or pressure. The statements contained herein are true to the best of my knowledge and belief. I understand that this letter may be used in legal proceedings and affirm that its contents are truthful and accurate.</w:t>
      </w:r>
    </w:p>
    <w:p/>
    <w:p>
      <w:r>
        <w:br w:type="page"/>
      </w:r>
    </w:p>
    <w:p>
      <w:pPr>
        <w:jc w:val="center"/>
      </w:pPr>
      <w:r>
        <w:rPr>
          <w:color w:val="555555"/>
          <w:sz w:val="24"/>
        </w:rPr>
        <w:t>Original source of this document:</w:t>
      </w:r>
    </w:p>
    <w:p>
      <w:pPr>
        <w:jc w:val="center"/>
      </w:pPr>
      <w:hyperlink r:id="rId9">
        <w:r>
          <w:rPr>
            <w:color w:val="0000FF"/>
            <w:u w:val="single"/>
          </w:rPr>
          <w:t>https://lettertemplate-us.com/character-letter-for-court/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character-letter-for-court/"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