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COLLECTION AGENCY DEBT DISPUTE LETTER</w:t>
      </w:r>
    </w:p>
    <w:p/>
    <w:p>
      <w:r>
        <w:rPr>
          <w:b/>
          <w:sz w:val="20"/>
        </w:rPr>
        <w:t>Sender's Information:</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City, State, ZIP: 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Collection Agency Information:</w:t>
      </w:r>
    </w:p>
    <w:p>
      <w:r>
        <w:rPr>
          <w:b w:val="0"/>
          <w:sz w:val="20"/>
        </w:rPr>
        <w:t>Agency Name: _________________________________________________________</w:t>
      </w:r>
    </w:p>
    <w:p>
      <w:r>
        <w:rPr>
          <w:b w:val="0"/>
          <w:sz w:val="20"/>
        </w:rPr>
        <w:t>Address: _____________________________________________________________</w:t>
      </w:r>
    </w:p>
    <w:p>
      <w:r>
        <w:rPr>
          <w:b w:val="0"/>
          <w:sz w:val="20"/>
        </w:rPr>
        <w:t>City, State, ZIP: _____________________________________________________</w:t>
      </w:r>
    </w:p>
    <w:p>
      <w:r>
        <w:rPr>
          <w:b w:val="0"/>
          <w:sz w:val="20"/>
        </w:rPr>
        <w:t>Phone: _______________________________________________________________</w:t>
      </w:r>
    </w:p>
    <w:p/>
    <w:p>
      <w:r>
        <w:rPr>
          <w:b/>
          <w:sz w:val="20"/>
        </w:rPr>
        <w:t>Subject: Debt Dispute and Request for Validation</w:t>
      </w:r>
    </w:p>
    <w:p/>
    <w:p>
      <w:r>
        <w:rPr>
          <w:b w:val="0"/>
          <w:sz w:val="20"/>
        </w:rPr>
        <w:t>To Whom It May Concern,</w:t>
      </w:r>
    </w:p>
    <w:p/>
    <w:p>
      <w:r>
        <w:rPr>
          <w:b w:val="0"/>
          <w:sz w:val="20"/>
        </w:rPr>
        <w:t>I am writing to formally dispute the validity of the debt referenced below, which you claim I owe. This letter is a request for validation of the alleged debt pursuant to the Fair Debt Collection Practices Act (FDCPA), 15 U.S.C. §1692g.</w:t>
      </w:r>
    </w:p>
    <w:p/>
    <w:p>
      <w:r>
        <w:rPr>
          <w:b/>
          <w:sz w:val="20"/>
        </w:rPr>
        <w:t>Debt Details (if known):</w:t>
      </w:r>
    </w:p>
    <w:p>
      <w:r>
        <w:rPr>
          <w:b w:val="0"/>
          <w:sz w:val="20"/>
        </w:rPr>
        <w:t>Account Number: ______________________________________________________</w:t>
      </w:r>
    </w:p>
    <w:p>
      <w:r>
        <w:rPr>
          <w:b w:val="0"/>
          <w:sz w:val="20"/>
        </w:rPr>
        <w:t>Original Creditor: ____________________________________________________</w:t>
      </w:r>
    </w:p>
    <w:p>
      <w:r>
        <w:rPr>
          <w:b w:val="0"/>
          <w:sz w:val="20"/>
        </w:rPr>
        <w:t>Amount Claimed: ______________________________________________________</w:t>
      </w:r>
    </w:p>
    <w:p/>
    <w:p>
      <w:r>
        <w:rPr>
          <w:b w:val="0"/>
          <w:sz w:val="20"/>
        </w:rPr>
        <w:t>I request that you provide me with the following documentation and information so that I may verify the validity of the debt:</w:t>
      </w:r>
    </w:p>
    <w:p>
      <w:r>
        <w:rPr>
          <w:b w:val="0"/>
          <w:sz w:val="20"/>
        </w:rPr>
        <w:t>1. The amount of the debt.</w:t>
      </w:r>
    </w:p>
    <w:p>
      <w:r>
        <w:rPr>
          <w:b w:val="0"/>
          <w:sz w:val="20"/>
        </w:rPr>
        <w:t>2. The name of the original creditor.</w:t>
      </w:r>
    </w:p>
    <w:p>
      <w:r>
        <w:rPr>
          <w:b w:val="0"/>
          <w:sz w:val="20"/>
        </w:rPr>
        <w:t>3. A detailed statement showing how the alleged debt amount was calculated, including any fees, interest, or charges.</w:t>
      </w:r>
    </w:p>
    <w:p>
      <w:r>
        <w:rPr>
          <w:b w:val="0"/>
          <w:sz w:val="20"/>
        </w:rPr>
        <w:t>4. Proof that you are authorized to collect on this debt.</w:t>
      </w:r>
    </w:p>
    <w:p>
      <w:r>
        <w:rPr>
          <w:b w:val="0"/>
          <w:sz w:val="20"/>
        </w:rPr>
        <w:t>5. A copy of the original contract or agreement bearing my signature.</w:t>
      </w:r>
    </w:p>
    <w:p>
      <w:r>
        <w:rPr>
          <w:b w:val="0"/>
          <w:sz w:val="20"/>
        </w:rPr>
        <w:t>6. Any judgment details if applicable.</w:t>
      </w:r>
    </w:p>
    <w:p/>
    <w:p>
      <w:r>
        <w:rPr>
          <w:b w:val="0"/>
          <w:sz w:val="20"/>
        </w:rPr>
        <w:t>Please be advised that until this debt is validated in writing, you must cease all collection activities and not report this alleged debt to any credit reporting agencies. Any further attempts to collect this disputed debt without proper validation may constitute a violation of the FDCPA.</w:t>
      </w:r>
    </w:p>
    <w:p/>
    <w:p>
      <w:r>
        <w:rPr>
          <w:b w:val="0"/>
          <w:sz w:val="20"/>
        </w:rPr>
        <w:t>If you have already reported this alleged debt to any credit reporting agency, please notify them to delete or correct this information until such time as the debt is validated.</w:t>
      </w:r>
    </w:p>
    <w:p/>
    <w:p>
      <w:r>
        <w:rPr>
          <w:b w:val="0"/>
          <w:sz w:val="20"/>
        </w:rPr>
        <w:t>I request that all future communications regarding this matter be in writing only. Please send all correspondence to the address provided above.</w:t>
      </w:r>
    </w:p>
    <w:p/>
    <w:p>
      <w:r>
        <w:rPr>
          <w:b w:val="0"/>
          <w:sz w:val="20"/>
        </w:rPr>
        <w:t>This dispute is made without prejudice and is not an acknowledgment of any debt. I expressly reserve all of my rights under applicable federal and state laws, including but not limited to the FDCPA and the Fair Credit Reporting Act (FCRA).</w:t>
      </w:r>
    </w:p>
    <w:p/>
    <w:p>
      <w:r>
        <w:rPr>
          <w:b w:val="0"/>
          <w:sz w:val="20"/>
        </w:rPr>
        <w:t>Thank you for your prompt attention to this matter. I expect to receive the requested validation within the timeframe required by law.</w:t>
      </w:r>
    </w:p>
    <w:p/>
    <w:p/>
    <w:p>
      <w:r>
        <w:rPr>
          <w:b w:val="0"/>
          <w:sz w:val="20"/>
        </w:rPr>
        <w:t>Sincerely,</w:t>
      </w:r>
    </w:p>
    <w:p/>
    <w:p/>
    <w:p/>
    <w:p>
      <w:r>
        <w:rPr>
          <w:b w:val="0"/>
          <w:sz w:val="20"/>
        </w:rPr>
        <w:t>Signature: _____________________________________</w:t>
      </w:r>
    </w:p>
    <w:p>
      <w:r>
        <w:rPr>
          <w:b w:val="0"/>
          <w:sz w:val="20"/>
        </w:rPr>
        <w:t>Printed Name: 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WITNESS (if applicable)</w:t>
            </w:r>
          </w:p>
        </w:tc>
        <w:tc>
          <w:tcPr>
            <w:tcW w:type="dxa" w:w="4986"/>
            <w:tcBorders>
              <w:top w:val="nil"/>
              <w:left w:val="nil"/>
              <w:bottom w:val="nil"/>
              <w:right w:val="nil"/>
              <w:insideH w:val="nil"/>
              <w:insideV w:val="nil"/>
            </w:tcBorders>
          </w:tcPr>
          <w:p>
            <w:pPr>
              <w:jc w:val="center"/>
            </w:pPr>
            <w:r>
              <w:t>NOTARY (if applicable)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https://lettertemplate-us.com/collection-agency-debt-dispute-letter/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collection-agency-debt-dispute-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