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COLLECTION REMOVAL LETTER</w:t>
      </w:r>
    </w:p>
    <w:p/>
    <w:p>
      <w:r>
        <w:rPr>
          <w:b/>
          <w:sz w:val="20"/>
        </w:rPr>
        <w:t>Sender Information:</w:t>
      </w:r>
    </w:p>
    <w:p>
      <w:r>
        <w:rPr>
          <w:b w:val="0"/>
          <w:sz w:val="20"/>
        </w:rPr>
        <w:t>Full Name / Company: 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Recipient Information:</w:t>
      </w:r>
    </w:p>
    <w:p>
      <w:r>
        <w:rPr>
          <w:b w:val="0"/>
          <w:sz w:val="20"/>
        </w:rPr>
        <w:t>Full Name / Company: 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Subject: Request for Removal of Collection Entry</w:t>
      </w:r>
    </w:p>
    <w:p/>
    <w:p>
      <w:r>
        <w:rPr>
          <w:b w:val="0"/>
          <w:sz w:val="20"/>
        </w:rPr>
        <w:t>Dear Sir/Madam,</w:t>
      </w:r>
    </w:p>
    <w:p/>
    <w:p>
      <w:r>
        <w:rPr>
          <w:b w:val="0"/>
          <w:sz w:val="20"/>
        </w:rPr>
        <w:t>I am writing to formally request the removal of the collection account reported under my name with the following details:</w:t>
      </w:r>
    </w:p>
    <w:p/>
    <w:p>
      <w:r>
        <w:rPr>
          <w:b/>
          <w:sz w:val="20"/>
        </w:rPr>
        <w:t>Collection Account Details:</w:t>
      </w:r>
    </w:p>
    <w:p>
      <w:r>
        <w:rPr>
          <w:b w:val="0"/>
          <w:sz w:val="20"/>
        </w:rPr>
        <w:t>Original Creditor's Name: ______________________________________________</w:t>
      </w:r>
    </w:p>
    <w:p>
      <w:r>
        <w:rPr>
          <w:b w:val="0"/>
          <w:sz w:val="20"/>
        </w:rPr>
        <w:t>Account Number: _______________________________________________________</w:t>
      </w:r>
    </w:p>
    <w:p>
      <w:r>
        <w:rPr>
          <w:b w:val="0"/>
          <w:sz w:val="20"/>
        </w:rPr>
        <w:t>Date Opened: __________________________________________________________</w:t>
      </w:r>
    </w:p>
    <w:p>
      <w:r>
        <w:rPr>
          <w:b w:val="0"/>
          <w:sz w:val="20"/>
        </w:rPr>
        <w:t>Amount: _______________________________________________________________</w:t>
      </w:r>
    </w:p>
    <w:p/>
    <w:p>
      <w:r>
        <w:rPr>
          <w:b/>
          <w:sz w:val="20"/>
        </w:rPr>
        <w:t>Reason for Removal:</w:t>
      </w:r>
    </w:p>
    <w:p>
      <w:r>
        <w:rPr>
          <w:b w:val="0"/>
          <w:sz w:val="20"/>
        </w:rPr>
        <w:t>I dispute the validity of the above collection account and believe it to be inaccurate and/or incomplete as per the Fair Credit Reporting Act (FCRA). I request that you investigate this matter and provide documentation supporting the validity of this debt. If you are unable to provide adequate proof, I demand that this collection account be removed from all credit reporting agencies.</w:t>
      </w:r>
    </w:p>
    <w:p/>
    <w:p>
      <w:r>
        <w:rPr>
          <w:b w:val="0"/>
          <w:sz w:val="20"/>
        </w:rPr>
        <w:t>Please be advised that under the Fair Debt Collection Practices Act (FDCPA), any failure to adhere to these regulations may result in legal consequences. I expect that all reporting agencies be notified of the removal or correction of this information within the legally required time frame.</w:t>
      </w:r>
    </w:p>
    <w:p/>
    <w:p>
      <w:r>
        <w:rPr>
          <w:b w:val="0"/>
          <w:sz w:val="20"/>
        </w:rPr>
        <w:t>Kindly provide written confirmation of the removal or correction of this collection entry at your earliest convenience. Should you have any questions or require further information, please contact me at the phone number or email address listed above.</w:t>
      </w:r>
    </w:p>
    <w:p/>
    <w:p/>
    <w:p>
      <w:r>
        <w:rPr>
          <w:b w:val="0"/>
          <w:sz w:val="20"/>
        </w:rPr>
        <w:t>Thank you for your prompt attention to this matter.</w:t>
      </w:r>
    </w:p>
    <w:p/>
    <w:p/>
    <w:p>
      <w:r>
        <w:rPr>
          <w:b w:val="0"/>
          <w:sz w:val="20"/>
        </w:rPr>
        <w:t>Sincerely,</w:t>
      </w:r>
    </w:p>
    <w:p/>
    <w:p/>
    <w:p/>
    <w:p/>
    <w:p>
      <w:r>
        <w:rPr>
          <w:b w:val="0"/>
          <w:sz w:val="20"/>
        </w:rPr>
        <w:t>__________________________________________________</w:t>
      </w:r>
    </w:p>
    <w:p>
      <w:r>
        <w:rPr>
          <w:b w:val="0"/>
          <w:sz w:val="20"/>
        </w:rPr>
        <w:t>Signature</w:t>
      </w:r>
    </w:p>
    <w:p/>
    <w:p>
      <w:r>
        <w:rPr>
          <w:b w:val="0"/>
          <w:sz w:val="20"/>
        </w:rPr>
        <w:t>Printed Name: _______________________________________________</w:t>
      </w:r>
    </w:p>
    <w:p>
      <w:r>
        <w:rPr>
          <w:b w:val="0"/>
          <w:sz w:val="20"/>
        </w:rPr>
        <w:t>Date: _______________________________________________</w:t>
      </w:r>
    </w:p>
    <w:p/>
    <w:p/>
    <w:p>
      <w:r>
        <w:rPr>
          <w:b/>
          <w:sz w:val="20"/>
        </w:rPr>
        <w:t>Witness / Notary (if applicable):</w:t>
      </w:r>
    </w:p>
    <w:p>
      <w:r>
        <w:rPr>
          <w:b w:val="0"/>
          <w:sz w:val="20"/>
        </w:rPr>
        <w:t>Name: ______________________________________________________________</w:t>
      </w:r>
    </w:p>
    <w:p>
      <w:r>
        <w:rPr>
          <w:b w:val="0"/>
          <w:sz w:val="20"/>
        </w:rPr>
        <w:t>Address: ____________________________________________________________</w:t>
      </w:r>
    </w:p>
    <w:p>
      <w:r>
        <w:rPr>
          <w:b w:val="0"/>
          <w:sz w:val="20"/>
        </w:rPr>
        <w:t>Phone Number: _______________________________________________________</w:t>
      </w:r>
    </w:p>
    <w:p>
      <w:r>
        <w:rPr>
          <w:b w:val="0"/>
          <w:sz w:val="20"/>
        </w:rPr>
        <w:t>Signature: ___________________________________________________________</w:t>
      </w:r>
    </w:p>
    <w:p>
      <w:r>
        <w:rPr>
          <w:b w:val="0"/>
          <w:sz w:val="20"/>
        </w:rPr>
        <w:t>Date: _______________________________________________________________</w:t>
      </w:r>
    </w:p>
    <w:p/>
    <w:p>
      <w:r>
        <w:rPr>
          <w:b/>
          <w:sz w:val="20"/>
        </w:rPr>
        <w:t>Additional Notes: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https://lettertemplate-us.com/collection-removal-letter/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ollection-removal-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