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COLLEGE REFERENCE LETTER</w:t>
      </w:r>
    </w:p>
    <w:p/>
    <w:p>
      <w:r>
        <w:rPr>
          <w:b/>
          <w:sz w:val="20"/>
        </w:rPr>
        <w:t>Institution Information:</w:t>
      </w:r>
    </w:p>
    <w:p>
      <w:r>
        <w:rPr>
          <w:b w:val="0"/>
          <w:sz w:val="20"/>
        </w:rPr>
        <w:t>Name: ______________________________________________________________</w:t>
      </w:r>
    </w:p>
    <w:p>
      <w:r>
        <w:rPr>
          <w:b w:val="0"/>
          <w:sz w:val="20"/>
        </w:rPr>
        <w:t>Department: 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Recipient Information:</w:t>
      </w:r>
    </w:p>
    <w:p>
      <w:r>
        <w:rPr>
          <w:b w:val="0"/>
          <w:sz w:val="20"/>
        </w:rPr>
        <w:t>Name: ______________________________________________________________</w:t>
      </w:r>
    </w:p>
    <w:p>
      <w:r>
        <w:rPr>
          <w:b w:val="0"/>
          <w:sz w:val="20"/>
        </w:rPr>
        <w:t>Position/Title: ______________________________________________________</w:t>
      </w:r>
    </w:p>
    <w:p>
      <w:r>
        <w:rPr>
          <w:b w:val="0"/>
          <w:sz w:val="20"/>
        </w:rPr>
        <w:t>Institution/Organization: ___________________________________________</w:t>
      </w:r>
    </w:p>
    <w:p>
      <w:r>
        <w:rPr>
          <w:b w:val="0"/>
          <w:sz w:val="20"/>
        </w:rPr>
        <w:t>Address: ____________________________________________________________</w:t>
      </w:r>
    </w:p>
    <w:p/>
    <w:p>
      <w:r>
        <w:rPr>
          <w:b/>
          <w:sz w:val="20"/>
        </w:rPr>
        <w:t>To Whom It May Concern,</w:t>
      </w:r>
    </w:p>
    <w:p/>
    <w:p>
      <w:r>
        <w:rPr>
          <w:b w:val="0"/>
          <w:sz w:val="20"/>
        </w:rPr>
        <w:t>I am writing this letter to provide a reference for the individual named below, who has been a student at our institution. The purpose of this letter is to attest to their academic achievements, character, and suitability for the opportunity they are seeking.</w:t>
      </w:r>
    </w:p>
    <w:p/>
    <w:p>
      <w:r>
        <w:rPr>
          <w:b/>
          <w:sz w:val="20"/>
        </w:rPr>
        <w:t>Student Information:</w:t>
      </w:r>
    </w:p>
    <w:p>
      <w:r>
        <w:rPr>
          <w:b w:val="0"/>
          <w:sz w:val="20"/>
        </w:rPr>
        <w:t>Full Name: __________________________________________________________</w:t>
      </w:r>
    </w:p>
    <w:p>
      <w:r>
        <w:rPr>
          <w:b w:val="0"/>
          <w:sz w:val="20"/>
        </w:rPr>
        <w:t>Date of Birth: _______________________________________________________</w:t>
      </w:r>
    </w:p>
    <w:p>
      <w:r>
        <w:rPr>
          <w:b w:val="0"/>
          <w:sz w:val="20"/>
        </w:rPr>
        <w:t>Student ID Number: ___________________________________________________</w:t>
      </w:r>
    </w:p>
    <w:p>
      <w:r>
        <w:rPr>
          <w:b w:val="0"/>
          <w:sz w:val="20"/>
        </w:rPr>
        <w:t>Program of Study/Major: _______________________________________________</w:t>
      </w:r>
    </w:p>
    <w:p>
      <w:r>
        <w:rPr>
          <w:b w:val="0"/>
          <w:sz w:val="20"/>
        </w:rPr>
        <w:t>Enrollment Period: From _______________ To _______________</w:t>
      </w:r>
    </w:p>
    <w:p/>
    <w:p>
      <w:r>
        <w:rPr>
          <w:b/>
          <w:sz w:val="20"/>
        </w:rPr>
        <w:t>Academic Performance and Achievements:</w:t>
      </w:r>
    </w:p>
    <w:p>
      <w:r>
        <w:rPr>
          <w:b w:val="0"/>
          <w:sz w:val="20"/>
        </w:rPr>
        <w:t>The student has consistently demonstrated strong academic ability and commitment to their studies, achieving the following:</w:t>
      </w:r>
    </w:p>
    <w:p>
      <w:r>
        <w:rPr>
          <w:b w:val="0"/>
          <w:sz w:val="20"/>
        </w:rPr>
        <w:t>- Grade Point Average (GPA): __________________________________________</w:t>
      </w:r>
    </w:p>
    <w:p>
      <w:r>
        <w:rPr>
          <w:b w:val="0"/>
          <w:sz w:val="20"/>
        </w:rPr>
        <w:t>- Honors, Awards, or Scholarships: ____________________________________</w:t>
      </w:r>
    </w:p>
    <w:p>
      <w:r>
        <w:rPr>
          <w:b w:val="0"/>
          <w:sz w:val="20"/>
        </w:rPr>
        <w:t>- Relevant Coursework or Projects: ____________________________________</w:t>
      </w:r>
    </w:p>
    <w:p/>
    <w:p>
      <w:r>
        <w:rPr>
          <w:b/>
          <w:sz w:val="20"/>
        </w:rPr>
        <w:t>Personal Qualities and Character:</w:t>
      </w:r>
    </w:p>
    <w:p>
      <w:r>
        <w:rPr>
          <w:b w:val="0"/>
          <w:sz w:val="20"/>
        </w:rPr>
        <w:t>Throughout their time at our institution, the student has exhibited qualities such as:</w:t>
      </w:r>
    </w:p>
    <w:p>
      <w:r>
        <w:rPr>
          <w:b w:val="0"/>
          <w:sz w:val="20"/>
        </w:rPr>
        <w:t>- Leadership and Initiative</w:t>
      </w:r>
    </w:p>
    <w:p>
      <w:r>
        <w:rPr>
          <w:b w:val="0"/>
          <w:sz w:val="20"/>
        </w:rPr>
        <w:t>- Integrity and Responsibility</w:t>
      </w:r>
    </w:p>
    <w:p>
      <w:r>
        <w:rPr>
          <w:b w:val="0"/>
          <w:sz w:val="20"/>
        </w:rPr>
        <w:t>- Communication and Interpersonal Skills</w:t>
      </w:r>
    </w:p>
    <w:p>
      <w:r>
        <w:rPr>
          <w:b w:val="0"/>
          <w:sz w:val="20"/>
        </w:rPr>
        <w:t>- Teamwork and Collaboration</w:t>
      </w:r>
    </w:p>
    <w:p>
      <w:r>
        <w:rPr>
          <w:b w:val="0"/>
          <w:sz w:val="20"/>
        </w:rPr>
        <w:t>- Problem-Solving and Critical Thinking</w:t>
      </w:r>
    </w:p>
    <w:p/>
    <w:p>
      <w:r>
        <w:rPr>
          <w:b/>
          <w:sz w:val="20"/>
        </w:rPr>
        <w:t>Extracurricular Activities and Contributions:</w:t>
      </w:r>
    </w:p>
    <w:p>
      <w:r>
        <w:rPr>
          <w:b w:val="0"/>
          <w:sz w:val="20"/>
        </w:rPr>
        <w:t>The student has actively participated in various activities, including but not limited to:</w:t>
      </w:r>
    </w:p>
    <w:p>
      <w:r>
        <w:rPr>
          <w:b w:val="0"/>
          <w:sz w:val="20"/>
        </w:rPr>
        <w:t>- Student Organizations or Clubs: ____________________________________</w:t>
      </w:r>
    </w:p>
    <w:p>
      <w:r>
        <w:rPr>
          <w:b w:val="0"/>
          <w:sz w:val="20"/>
        </w:rPr>
        <w:t>- Volunteer Work or Community Service: _______________________________</w:t>
      </w:r>
    </w:p>
    <w:p>
      <w:r>
        <w:rPr>
          <w:b w:val="0"/>
          <w:sz w:val="20"/>
        </w:rPr>
        <w:t>- Internships or Work Experience: _____________________________________</w:t>
      </w:r>
    </w:p>
    <w:p/>
    <w:p>
      <w:r>
        <w:rPr>
          <w:b/>
          <w:sz w:val="20"/>
        </w:rPr>
        <w:t>Suitability and Recommendation:</w:t>
      </w:r>
    </w:p>
    <w:p>
      <w:r>
        <w:rPr>
          <w:b w:val="0"/>
          <w:sz w:val="20"/>
        </w:rPr>
        <w:t>Based on my experience with the student, I confidently recommend them for the opportunity they are pursuing. I believe they possess the skills, knowledge, and character necessary to succeed and make a positive contribution.</w:t>
      </w:r>
    </w:p>
    <w:p/>
    <w:p>
      <w:r>
        <w:rPr>
          <w:b w:val="0"/>
          <w:sz w:val="20"/>
        </w:rPr>
        <w:t>This reference letter is provided in good faith based on records and personal observations during the student’s enrollment. It is intended solely for the use of the recipient and shall not be reproduced or used for any other purpose without prior consent of the institution.</w:t>
      </w:r>
    </w:p>
    <w:p/>
    <w:p>
      <w:r>
        <w:rPr>
          <w:b w:val="0"/>
          <w:sz w:val="20"/>
        </w:rPr>
        <w:t>Should you require any further information or clarification regarding this reference, please do not hesitate to contact me at the information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w:t>
            </w:r>
          </w:p>
        </w:tc>
        <w:tc>
          <w:tcPr>
            <w:tcW w:type="dxa" w:w="4986"/>
            <w:tcBorders>
              <w:top w:val="nil"/>
              <w:left w:val="nil"/>
              <w:bottom w:val="nil"/>
              <w:right w:val="nil"/>
              <w:insideH w:val="nil"/>
              <w:insideV w:val="nil"/>
            </w:tcBorders>
          </w:tcPr>
          <w:p>
            <w:pPr>
              <w:jc w:val="center"/>
            </w:pPr>
            <w:r>
              <w:t>STUDENT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https://lettertemplate-us.com/college-reference-letter/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ollege-referenc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