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CONFIRMATION OF PAID IN FULL LETTER</w:t>
      </w:r>
    </w:p>
    <w:p/>
    <w:p/>
    <w:p>
      <w:r>
        <w:rPr>
          <w:b/>
          <w:sz w:val="20"/>
        </w:rPr>
        <w:t>Creditor Information:</w:t>
      </w:r>
    </w:p>
    <w:p>
      <w:r>
        <w:rPr>
          <w:b w:val="0"/>
          <w:sz w:val="20"/>
        </w:rPr>
        <w:t>Company Name: ______________________________________________________________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Phone Number: _____________________________________________________________</w:t>
      </w:r>
    </w:p>
    <w:p>
      <w:r>
        <w:rPr>
          <w:b w:val="0"/>
          <w:sz w:val="20"/>
        </w:rPr>
        <w:t>Email (if applicable): _____________________________________________________</w:t>
      </w:r>
    </w:p>
    <w:p/>
    <w:p/>
    <w:p>
      <w:r>
        <w:rPr>
          <w:b/>
          <w:sz w:val="20"/>
        </w:rPr>
        <w:t>Debtor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Phone Number: _____________________________________________________________</w:t>
      </w:r>
    </w:p>
    <w:p/>
    <w:p/>
    <w:p>
      <w:r>
        <w:rPr>
          <w:b/>
          <w:sz w:val="20"/>
        </w:rPr>
        <w:t>Account Information:</w:t>
      </w:r>
    </w:p>
    <w:p>
      <w:r>
        <w:rPr>
          <w:b w:val="0"/>
          <w:sz w:val="20"/>
        </w:rPr>
        <w:t>Account Number: ___________________________________________________________</w:t>
      </w:r>
    </w:p>
    <w:p>
      <w:r>
        <w:rPr>
          <w:b w:val="0"/>
          <w:sz w:val="20"/>
        </w:rPr>
        <w:t>Original Creditor: _________________________________________________________</w:t>
      </w:r>
    </w:p>
    <w:p>
      <w:r>
        <w:rPr>
          <w:b w:val="0"/>
          <w:sz w:val="20"/>
        </w:rPr>
        <w:t>Outstanding Balance: ______________________________________________________</w:t>
      </w:r>
    </w:p>
    <w:p>
      <w:r>
        <w:rPr>
          <w:b w:val="0"/>
          <w:sz w:val="20"/>
        </w:rPr>
        <w:t>Date of Final Payment: ____________________________________________________</w:t>
      </w:r>
    </w:p>
    <w:p/>
    <w:p/>
    <w:p>
      <w:r>
        <w:rPr>
          <w:b/>
          <w:sz w:val="20"/>
        </w:rPr>
        <w:t>To Whom It May Concern,</w:t>
      </w:r>
    </w:p>
    <w:p/>
    <w:p>
      <w:r>
        <w:rPr>
          <w:b w:val="0"/>
          <w:sz w:val="20"/>
        </w:rPr>
        <w:t>This letter serves as formal confirmation that the above-referenced debt has been paid in full and satisfied as of the date of the final payment. We acknowledge receipt of payment in full and hereby confirm that no further payments are due or outstanding under this account.</w:t>
      </w:r>
    </w:p>
    <w:p/>
    <w:p>
      <w:r>
        <w:rPr>
          <w:b w:val="0"/>
          <w:sz w:val="20"/>
        </w:rPr>
        <w:t>Upon receipt of this letter, you are authorized and instructed to update your records accordingly, including but not limited to reporting agencies and credit bureaus, to reflect the paid-in-full status of this debt.</w:t>
      </w:r>
    </w:p>
    <w:p/>
    <w:p>
      <w:r>
        <w:rPr>
          <w:b/>
          <w:sz w:val="20"/>
        </w:rPr>
        <w:t>Important Legal Information:</w:t>
      </w:r>
    </w:p>
    <w:p>
      <w:r>
        <w:rPr>
          <w:b w:val="0"/>
          <w:sz w:val="20"/>
        </w:rPr>
        <w:t>This confirmation is provided in accordance with United States federal and state laws governing debt collection and credit reporting. It does not constitute an apology, admission of liability, or waiver of any rights. This letter does not affect any other obligations or debts that may exist between the parties.</w:t>
      </w:r>
    </w:p>
    <w:p/>
    <w:p>
      <w:r>
        <w:rPr>
          <w:b w:val="0"/>
          <w:sz w:val="20"/>
        </w:rPr>
        <w:t>The Creditor affirms that the debt identified herein is fully satisfied and that no further action will be taken to collect this debt. The Creditor releases the Debtor from any and all obligations related to this specific account. This letter may be used as evidence of satisfaction of debt in any legal or administrative proceedings.</w:t>
      </w:r>
    </w:p>
    <w:p/>
    <w:p>
      <w:r>
        <w:rPr>
          <w:b/>
          <w:sz w:val="20"/>
        </w:rPr>
        <w:t>Non-Disparagement:</w:t>
      </w:r>
    </w:p>
    <w:p>
      <w:r>
        <w:rPr>
          <w:b w:val="0"/>
          <w:sz w:val="20"/>
        </w:rPr>
        <w:t>Both parties agree not to make any false, misleading, or disparaging statements regarding the other related to this debt and its satisfaction.</w:t>
      </w:r>
    </w:p>
    <w:p/>
    <w:p>
      <w:r>
        <w:rPr>
          <w:b/>
          <w:sz w:val="20"/>
        </w:rPr>
        <w:t>Governing Law:</w:t>
      </w:r>
    </w:p>
    <w:p>
      <w:r>
        <w:rPr>
          <w:b w:val="0"/>
          <w:sz w:val="20"/>
        </w:rPr>
        <w:t>This confirmation letter shall be governed by and construed in accordance with the laws of the United States of America and the applicable state laws governing debt collection practices.</w:t>
      </w:r>
    </w:p>
    <w:p/>
    <w:p>
      <w:r>
        <w:rPr>
          <w:b/>
          <w:sz w:val="20"/>
        </w:rPr>
        <w:t>Contact for Questions:</w:t>
      </w:r>
    </w:p>
    <w:p>
      <w:r>
        <w:rPr>
          <w:b w:val="0"/>
          <w:sz w:val="20"/>
        </w:rPr>
        <w:t>If you have any questions regarding this confirmation or require additional information, please contact the Creditor at the phone number or address listed above.</w:t>
      </w:r>
    </w:p>
    <w:p/>
    <w:p/>
    <w:p>
      <w:r>
        <w:rPr>
          <w:b w:val="0"/>
          <w:sz w:val="20"/>
        </w:rPr>
        <w:t>Thank you for your prompt attention to this matter.</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Creditor Authorized Representative</w:t>
            </w:r>
          </w:p>
        </w:tc>
        <w:tc>
          <w:tcPr>
            <w:tcW w:type="dxa" w:w="4986"/>
            <w:tcBorders>
              <w:top w:val="nil"/>
              <w:left w:val="nil"/>
              <w:bottom w:val="nil"/>
              <w:right w:val="nil"/>
              <w:insideH w:val="nil"/>
              <w:insideV w:val="nil"/>
            </w:tcBorders>
          </w:tcPr>
          <w:p>
            <w:pPr>
              <w:jc w:val="center"/>
            </w:pPr>
            <w:r>
              <w:t>Debtor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r>
        <w:tc>
          <w:tcPr>
            <w:tcW w:type="dxa" w:w="4986"/>
            <w:tcBorders>
              <w:top w:val="nil"/>
              <w:left w:val="nil"/>
              <w:bottom w:val="nil"/>
              <w:right w:val="nil"/>
              <w:insideH w:val="nil"/>
              <w:insideV w:val="nil"/>
            </w:tcBorders>
          </w:tcPr>
          <w:p>
            <w:pPr>
              <w:jc w:val="center"/>
            </w:pPr>
            <w:r>
              <w:t>Date: _____________________________________</w:t>
            </w:r>
          </w:p>
        </w:tc>
        <w:tc>
          <w:tcPr>
            <w:tcW w:type="dxa" w:w="4986"/>
            <w:tcBorders>
              <w:top w:val="nil"/>
              <w:left w:val="nil"/>
              <w:bottom w:val="nil"/>
              <w:right w:val="nil"/>
              <w:insideH w:val="nil"/>
              <w:insideV w:val="nil"/>
            </w:tcBorders>
          </w:tcPr>
          <w:p>
            <w:pPr>
              <w:jc w:val="center"/>
            </w:pPr>
            <w:r>
              <w:t>Date: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https://lettertemplate-us.com/confirmation-paid-in-full-letter-from-debt-collector/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onfirmation-paid-in-full-letter-from-debt-collecto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