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CERTIFIED PUBLIC ACCOUNTANT LETTER FOR MORTGAGE PURPOSES</w:t>
      </w:r>
    </w:p>
    <w:p/>
    <w:p/>
    <w:p>
      <w:r>
        <w:rPr>
          <w:b/>
          <w:sz w:val="20"/>
        </w:rPr>
        <w:t>CPA FIRM INFORMATION</w:t>
      </w:r>
    </w:p>
    <w:p>
      <w:r>
        <w:rPr>
          <w:b w:val="0"/>
          <w:sz w:val="20"/>
        </w:rPr>
        <w:t>Firm Name: _____________________________________________________________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CPA INFORMATION</w:t>
      </w:r>
    </w:p>
    <w:p>
      <w:r>
        <w:rPr>
          <w:b w:val="0"/>
          <w:sz w:val="20"/>
        </w:rPr>
        <w:t>Certified Public Accountant Name: _______________________________________</w:t>
      </w:r>
    </w:p>
    <w:p>
      <w:r>
        <w:rPr>
          <w:b w:val="0"/>
          <w:sz w:val="20"/>
        </w:rPr>
        <w:t>License Number: _________________________________________________________</w:t>
      </w:r>
    </w:p>
    <w:p>
      <w:r>
        <w:rPr>
          <w:b w:val="0"/>
          <w:sz w:val="20"/>
        </w:rPr>
        <w:t>State of Licensure: ______________________________________________________</w:t>
      </w:r>
    </w:p>
    <w:p/>
    <w:p>
      <w:r>
        <w:rPr>
          <w:b/>
          <w:sz w:val="20"/>
        </w:rPr>
        <w:t>CLIENT INFORMATION</w:t>
      </w:r>
    </w:p>
    <w:p>
      <w:r>
        <w:rPr>
          <w:b w:val="0"/>
          <w:sz w:val="20"/>
        </w:rPr>
        <w:t>Client Name: ____________________________________________________________</w:t>
      </w:r>
    </w:p>
    <w:p>
      <w:r>
        <w:rPr>
          <w:b w:val="0"/>
          <w:sz w:val="20"/>
        </w:rPr>
        <w:t>Client Address: _________________________________________________________</w:t>
      </w:r>
    </w:p>
    <w:p>
      <w:r>
        <w:rPr>
          <w:b w:val="0"/>
          <w:sz w:val="20"/>
        </w:rPr>
        <w:t>Client Phone: ___________________________________________________________</w:t>
      </w:r>
    </w:p>
    <w:p>
      <w:r>
        <w:rPr>
          <w:b w:val="0"/>
          <w:sz w:val="20"/>
        </w:rPr>
        <w:t>Client Email: ___________________________________________________________</w:t>
      </w:r>
    </w:p>
    <w:p/>
    <w:p>
      <w:r>
        <w:rPr>
          <w:b/>
          <w:sz w:val="20"/>
        </w:rPr>
        <w:t>RE: Verification of Income and Financial Condition for Mortgage Application</w:t>
      </w:r>
    </w:p>
    <w:p/>
    <w:p>
      <w:r>
        <w:rPr>
          <w:b/>
          <w:sz w:val="20"/>
        </w:rPr>
        <w:t>To Whom It May Concern,</w:t>
      </w:r>
    </w:p>
    <w:p>
      <w:r>
        <w:rPr>
          <w:b w:val="0"/>
          <w:sz w:val="20"/>
        </w:rPr>
        <w:t>This letter is provided at the request of the above-named client for the purpose of verifying their income and financial condition in connection with a mortgage loan application. The information contained herein is based upon the client's financial records and documents reviewed by the undersigned Certified Public Accountant.</w:t>
      </w:r>
    </w:p>
    <w:p/>
    <w:p>
      <w:r>
        <w:rPr>
          <w:b/>
          <w:sz w:val="20"/>
        </w:rPr>
        <w:t>Financial Information Reviewed:</w:t>
      </w:r>
    </w:p>
    <w:p>
      <w:r>
        <w:rPr>
          <w:b w:val="0"/>
          <w:sz w:val="20"/>
        </w:rPr>
        <w:t>The following financial documents and records were examined to provide this verification:</w:t>
      </w:r>
    </w:p>
    <w:p>
      <w:r>
        <w:rPr>
          <w:b w:val="0"/>
          <w:sz w:val="20"/>
        </w:rPr>
        <w:t>- Federal and State Income Tax Returns for the past two years</w:t>
      </w:r>
    </w:p>
    <w:p>
      <w:r>
        <w:rPr>
          <w:b w:val="0"/>
          <w:sz w:val="20"/>
        </w:rPr>
        <w:t>- Profit and Loss Statements and Balance Sheets for the current fiscal year</w:t>
      </w:r>
    </w:p>
    <w:p>
      <w:r>
        <w:rPr>
          <w:b w:val="0"/>
          <w:sz w:val="20"/>
        </w:rPr>
        <w:t>- Bank Statements and other supporting financial documents as provided by the client</w:t>
      </w:r>
    </w:p>
    <w:p/>
    <w:p>
      <w:r>
        <w:rPr>
          <w:b/>
          <w:sz w:val="20"/>
        </w:rPr>
        <w:t>Income Verification:</w:t>
      </w:r>
    </w:p>
    <w:p>
      <w:r>
        <w:rPr>
          <w:b w:val="0"/>
          <w:sz w:val="20"/>
        </w:rPr>
        <w:t>Based on the review of the above documents, it is the opinion of the undersigned CPA that the client's income is as follows:</w:t>
      </w:r>
    </w:p>
    <w:p>
      <w:r>
        <w:rPr>
          <w:b w:val="0"/>
          <w:sz w:val="20"/>
        </w:rPr>
        <w:t>Annual Gross Income: $__________________________</w:t>
      </w:r>
    </w:p>
    <w:p>
      <w:r>
        <w:rPr>
          <w:b w:val="0"/>
          <w:sz w:val="20"/>
        </w:rPr>
        <w:t>Average Monthly Income: $_______________________</w:t>
      </w:r>
    </w:p>
    <w:p>
      <w:r>
        <w:rPr>
          <w:b w:val="0"/>
          <w:sz w:val="20"/>
        </w:rPr>
        <w:t>The income stated is consistent with the financial information provided and is verified to the best of the undersigned's knowledge and belief.</w:t>
      </w:r>
    </w:p>
    <w:p/>
    <w:p>
      <w:r>
        <w:rPr>
          <w:b/>
          <w:sz w:val="20"/>
        </w:rPr>
        <w:t>Financial Condition:</w:t>
      </w:r>
    </w:p>
    <w:p>
      <w:r>
        <w:rPr>
          <w:b w:val="0"/>
          <w:sz w:val="20"/>
        </w:rPr>
        <w:t>The client’s financial condition, based on the reviewed documents, is summarized as follows:</w:t>
      </w:r>
    </w:p>
    <w:p>
      <w:r>
        <w:rPr>
          <w:b w:val="0"/>
          <w:sz w:val="20"/>
        </w:rPr>
        <w:t>- Total Assets: $_____________________________</w:t>
      </w:r>
    </w:p>
    <w:p>
      <w:r>
        <w:rPr>
          <w:b w:val="0"/>
          <w:sz w:val="20"/>
        </w:rPr>
        <w:t>- Total Liabilities: $________________________</w:t>
      </w:r>
    </w:p>
    <w:p>
      <w:r>
        <w:rPr>
          <w:b w:val="0"/>
          <w:sz w:val="20"/>
        </w:rPr>
        <w:t>- Net Worth: $________________________________</w:t>
      </w:r>
    </w:p>
    <w:p/>
    <w:p>
      <w:r>
        <w:rPr>
          <w:b/>
          <w:sz w:val="20"/>
        </w:rPr>
        <w:t>Limitations and Disclaimer:</w:t>
      </w:r>
    </w:p>
    <w:p>
      <w:r>
        <w:rPr>
          <w:b w:val="0"/>
          <w:sz w:val="20"/>
        </w:rPr>
        <w:t>This letter is intended solely for use by the mortgage lender in connection with the client's loan application. It is based on information provided by the client and documents supplied to the undersigned CPA, and does not constitute an audit or full financial examination. The undersigned CPA makes no representations or warranties beyond the scope of this verification.</w:t>
      </w:r>
    </w:p>
    <w:p/>
    <w:p>
      <w:r>
        <w:rPr>
          <w:b/>
          <w:sz w:val="20"/>
        </w:rPr>
        <w:t>Certification:</w:t>
      </w:r>
    </w:p>
    <w:p>
      <w:r>
        <w:rPr>
          <w:b w:val="0"/>
          <w:sz w:val="20"/>
        </w:rPr>
        <w:t>I hereby certify that the information contained in this letter is true, accurate, and complete to the best of my knowledge and belief, based on the financial documents and records reviewed.</w:t>
      </w:r>
    </w:p>
    <w:p/>
    <w:p/>
    <w:p>
      <w:r>
        <w:rPr>
          <w:b w:val="0"/>
          <w:sz w:val="20"/>
        </w:rPr>
        <w:t>Should you require any further information or clarification, please do not hesitate to contact me at the above contact information.</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Certified Public Accountant</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r>
        <w:tc>
          <w:tcPr>
            <w:tcW w:type="dxa" w:w="4986"/>
            <w:tcBorders>
              <w:top w:val="nil"/>
              <w:left w:val="nil"/>
              <w:bottom w:val="nil"/>
              <w:right w:val="nil"/>
              <w:insideH w:val="nil"/>
              <w:insideV w:val="nil"/>
            </w:tcBorders>
          </w:tcPr>
          <w:p>
            <w:pPr>
              <w:jc w:val="center"/>
            </w:pPr>
            <w:r>
              <w:t>Name: _____________________________________</w:t>
            </w:r>
          </w:p>
        </w:tc>
        <w:tc>
          <w:tcPr>
            <w:tcW w:type="dxa" w:w="4986"/>
            <w:tcBorders>
              <w:top w:val="nil"/>
              <w:left w:val="nil"/>
              <w:bottom w:val="nil"/>
              <w:right w:val="nil"/>
              <w:insideH w:val="nil"/>
              <w:insideV w:val="nil"/>
            </w:tcBorders>
          </w:tcPr>
          <w:p>
            <w:pPr>
              <w:jc w:val="center"/>
            </w:pPr>
            <w:r>
              <w:t>Name: _____________________________________</w:t>
            </w:r>
          </w:p>
        </w:tc>
      </w:tr>
      <w:tr>
        <w:tc>
          <w:tcPr>
            <w:tcW w:type="dxa" w:w="4986"/>
            <w:tcBorders>
              <w:top w:val="nil"/>
              <w:left w:val="nil"/>
              <w:bottom w:val="nil"/>
              <w:right w:val="nil"/>
              <w:insideH w:val="nil"/>
              <w:insideV w:val="nil"/>
            </w:tcBorders>
          </w:tcPr>
          <w:p>
            <w:pPr>
              <w:jc w:val="center"/>
            </w:pPr>
            <w:r>
              <w:t>Date: _____________________________________</w:t>
            </w:r>
          </w:p>
        </w:tc>
        <w:tc>
          <w:tcPr>
            <w:tcW w:type="dxa" w:w="4986"/>
            <w:tcBorders>
              <w:top w:val="nil"/>
              <w:left w:val="nil"/>
              <w:bottom w:val="nil"/>
              <w:right w:val="nil"/>
              <w:insideH w:val="nil"/>
              <w:insideV w:val="nil"/>
            </w:tcBorders>
          </w:tcPr>
          <w:p>
            <w:pPr>
              <w:jc w:val="center"/>
            </w:pPr>
            <w:r>
              <w:t>Date: _____________________________________</w:t>
            </w:r>
          </w:p>
        </w:tc>
      </w:tr>
    </w:tbl>
    <w:p/>
    <w:p/>
    <w:p>
      <w:pPr>
        <w:jc w:val="center"/>
      </w:pPr>
      <w:r>
        <w:rPr>
          <w:b w:val="0"/>
          <w:sz w:val="20"/>
        </w:rPr>
        <w:t>_______________________________</w:t>
      </w:r>
    </w:p>
    <w:p>
      <w:pPr>
        <w:jc w:val="center"/>
      </w:pPr>
      <w:r>
        <w:rPr>
          <w:b w:val="0"/>
          <w:sz w:val="20"/>
        </w:rPr>
        <w:t>CPA Firm Seal / Notary (if applicable)</w:t>
      </w:r>
    </w:p>
    <w:p>
      <w:r>
        <w:br w:type="page"/>
      </w:r>
    </w:p>
    <w:p>
      <w:pPr>
        <w:jc w:val="center"/>
      </w:pPr>
      <w:r>
        <w:rPr>
          <w:color w:val="555555"/>
          <w:sz w:val="24"/>
        </w:rPr>
        <w:t>Original source of this document:</w:t>
      </w:r>
    </w:p>
    <w:p>
      <w:pPr>
        <w:jc w:val="center"/>
      </w:pPr>
      <w:hyperlink r:id="rId9">
        <w:r>
          <w:rPr>
            <w:color w:val="0000FF"/>
            <w:u w:val="single"/>
          </w:rPr>
          <w:t>https://lettertemplate-us.com/cpa-letter-for-mortgage/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cpa-letter-for-mortgage/"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