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CREDIT GOODWILL LETTER</w:t>
      </w:r>
    </w:p>
    <w:p/>
    <w:p/>
    <w:p>
      <w:r>
        <w:rPr>
          <w:b/>
          <w:sz w:val="20"/>
        </w:rPr>
        <w:t>To:</w:t>
      </w:r>
    </w:p>
    <w:p>
      <w:r>
        <w:rPr>
          <w:b w:val="0"/>
          <w:sz w:val="20"/>
        </w:rPr>
        <w:t>Credit Reporting Agency / Creditor Name</w:t>
      </w:r>
    </w:p>
    <w:p>
      <w:r>
        <w:rPr>
          <w:b w:val="0"/>
          <w:sz w:val="20"/>
        </w:rPr>
        <w:t>Address Line 1</w:t>
      </w:r>
    </w:p>
    <w:p>
      <w:r>
        <w:rPr>
          <w:b w:val="0"/>
          <w:sz w:val="20"/>
        </w:rPr>
        <w:t>Address Line 2</w:t>
      </w:r>
    </w:p>
    <w:p>
      <w:r>
        <w:rPr>
          <w:b w:val="0"/>
          <w:sz w:val="20"/>
        </w:rPr>
        <w:t>City, State ZIP Code</w:t>
      </w:r>
    </w:p>
    <w:p/>
    <w:p/>
    <w:p>
      <w:r>
        <w:rPr>
          <w:b/>
          <w:sz w:val="20"/>
        </w:rPr>
        <w:t>From:</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pPr>
        <w:jc w:val="center"/>
      </w:pPr>
      <w:r>
        <w:rPr>
          <w:b/>
          <w:sz w:val="20"/>
        </w:rPr>
        <w:t>Subject: Request for Goodwill Adjustment on Credit Report</w:t>
      </w:r>
    </w:p>
    <w:p/>
    <w:p/>
    <w:p>
      <w:r>
        <w:rPr>
          <w:b w:val="0"/>
          <w:sz w:val="20"/>
        </w:rPr>
        <w:t>Dear Sir or Madam,</w:t>
      </w:r>
    </w:p>
    <w:p/>
    <w:p>
      <w:r>
        <w:rPr>
          <w:b w:val="0"/>
          <w:sz w:val="20"/>
        </w:rPr>
        <w:t>I am writing to respectfully request the removal of a negative mark from my credit report as a gesture of goodwill. I understand the importance of maintaining a positive credit history and wish to explain the circumstances that led to this negative item, as well as the corrective actions I have taken to ensure it will not recur.</w:t>
      </w:r>
    </w:p>
    <w:p/>
    <w:p/>
    <w:p>
      <w:r>
        <w:rPr>
          <w:b/>
          <w:sz w:val="20"/>
        </w:rPr>
        <w:t>Account Information:</w:t>
      </w:r>
    </w:p>
    <w:p>
      <w:r>
        <w:rPr>
          <w:b w:val="0"/>
          <w:sz w:val="20"/>
        </w:rPr>
        <w:t>Creditor Name: ________________________________________________________</w:t>
      </w:r>
    </w:p>
    <w:p>
      <w:r>
        <w:rPr>
          <w:b w:val="0"/>
          <w:sz w:val="20"/>
        </w:rPr>
        <w:t>Account Number: _______________________________________________________</w:t>
      </w:r>
    </w:p>
    <w:p>
      <w:r>
        <w:rPr>
          <w:b w:val="0"/>
          <w:sz w:val="20"/>
        </w:rPr>
        <w:t>Type of Account: ______________________________________________________</w:t>
      </w:r>
    </w:p>
    <w:p/>
    <w:p/>
    <w:p>
      <w:r>
        <w:rPr>
          <w:b/>
          <w:sz w:val="20"/>
        </w:rPr>
        <w:t>Explanation of Circumstances:</w:t>
      </w:r>
    </w:p>
    <w:p>
      <w:r>
        <w:rPr>
          <w:b w:val="0"/>
          <w:sz w:val="20"/>
        </w:rPr>
        <w:t>The negative mark on my credit report occurred due to the following reason(s):</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p>
      <w:r>
        <w:rPr>
          <w:b/>
          <w:sz w:val="20"/>
        </w:rPr>
        <w:t>Corrective Actions Taken:</w:t>
      </w:r>
    </w:p>
    <w:p>
      <w:r>
        <w:rPr>
          <w:b w:val="0"/>
          <w:sz w:val="20"/>
        </w:rPr>
        <w:t>Since the occurrence, I have taken the following steps to address this matter and prevent future issues:</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p>
      <w:r>
        <w:rPr>
          <w:b w:val="0"/>
          <w:sz w:val="20"/>
        </w:rPr>
        <w:t>Based on the above, I kindly request a goodwill adjustment to remove the negative entry associated with this account from my credit report. This adjustment would greatly assist me in improving my credit standing and achieving my financial goals.</w:t>
      </w:r>
    </w:p>
    <w:p/>
    <w:p/>
    <w:p>
      <w:r>
        <w:rPr>
          <w:b w:val="0"/>
          <w:sz w:val="20"/>
        </w:rPr>
        <w:t>I understand that this request is discretionary on your part and does not obligate you to remove accurate information. However, I respectfully ask for your consideration given my responsible efforts and commitment to maintaining good credit. I affirm that all information provided herein is truthful and accurate to the best of my knowledge.</w:t>
      </w:r>
    </w:p>
    <w:p/>
    <w:p/>
    <w:p>
      <w:r>
        <w:rPr>
          <w:b w:val="0"/>
          <w:sz w:val="20"/>
        </w:rPr>
        <w:t>Thank you for your attention to this matter. I appreciate your time and consideration, and I look forward to your favorable response.</w:t>
      </w:r>
    </w:p>
    <w:p/>
    <w:p/>
    <w:p>
      <w:r>
        <w:rPr>
          <w:b w:val="0"/>
          <w:sz w:val="20"/>
        </w:rPr>
        <w:t>Sincerely,</w:t>
      </w:r>
    </w:p>
    <w:p/>
    <w:p/>
    <w:p/>
    <w:p/>
    <w:p>
      <w:r>
        <w:rPr>
          <w:b w:val="0"/>
          <w:sz w:val="20"/>
        </w:rPr>
        <w:t>Signature: ___________________________________________</w:t>
      </w:r>
    </w:p>
    <w:p>
      <w:r>
        <w:rPr>
          <w:b w:val="0"/>
          <w:sz w:val="20"/>
        </w:rPr>
        <w:t>Printed Name: ________________________________________</w:t>
      </w:r>
    </w:p>
    <w:p/>
    <w:p/>
    <w:p>
      <w:r>
        <w:rPr>
          <w:b w:val="0"/>
          <w:sz w:val="20"/>
        </w:rPr>
        <w:t>If you require any additional information or documentation, please do not hesitate to contact me at the phone number or email address provided above.</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rPr>
                <w:b/>
              </w:rPr>
              <w:t>Attachments / Supporting Documents:</w:t>
            </w:r>
          </w:p>
        </w:tc>
      </w:tr>
      <w:tr>
        <w:tc>
          <w:tcPr>
            <w:tcW w:type="dxa" w:w="9972"/>
            <w:tcBorders>
              <w:top w:val="nil"/>
              <w:left w:val="nil"/>
              <w:bottom w:val="nil"/>
              <w:right w:val="nil"/>
              <w:insideH w:val="nil"/>
              <w:insideV w:val="nil"/>
            </w:tcBorders>
          </w:tcPr>
          <w:p>
            <w:r>
              <w:t>1. _______________________________________________________________</w:t>
            </w:r>
          </w:p>
        </w:tc>
      </w:tr>
      <w:tr>
        <w:tc>
          <w:tcPr>
            <w:tcW w:type="dxa" w:w="9972"/>
            <w:tcBorders>
              <w:top w:val="nil"/>
              <w:left w:val="nil"/>
              <w:bottom w:val="nil"/>
              <w:right w:val="nil"/>
              <w:insideH w:val="nil"/>
              <w:insideV w:val="nil"/>
            </w:tcBorders>
          </w:tcPr>
          <w:p>
            <w:r>
              <w:t>2. _______________________________________________________________</w:t>
            </w:r>
          </w:p>
        </w:tc>
      </w:tr>
      <w:tr>
        <w:tc>
          <w:tcPr>
            <w:tcW w:type="dxa" w:w="9972"/>
            <w:tcBorders>
              <w:top w:val="nil"/>
              <w:left w:val="nil"/>
              <w:bottom w:val="nil"/>
              <w:right w:val="nil"/>
              <w:insideH w:val="nil"/>
              <w:insideV w:val="nil"/>
            </w:tcBorders>
          </w:tcPr>
          <w:p>
            <w:r>
              <w:t>3. _______________________________________________________________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https://lettertemplate-us.com/credit-goodwill-letter/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redit-goodwill-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