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CREDIT VALIDATION LETTER</w:t>
      </w:r>
    </w:p>
    <w:p/>
    <w:p>
      <w:r>
        <w:rPr>
          <w:b w:val="0"/>
          <w:sz w:val="20"/>
        </w:rPr>
        <w:t>To Whom It May Concern:</w:t>
      </w:r>
    </w:p>
    <w:p/>
    <w:p>
      <w:r>
        <w:rPr>
          <w:b w:val="0"/>
          <w:sz w:val="20"/>
        </w:rPr>
        <w:t>This letter serves to confirm the creditworthiness and financial reliability of the individual or entity detailed below. This validation is issued upon request and is intended solely for the recipient’s use in assessing credit risk and financial standing.</w:t>
      </w:r>
    </w:p>
    <w:p/>
    <w:p>
      <w:r>
        <w:rPr>
          <w:b/>
          <w:sz w:val="20"/>
        </w:rPr>
        <w:t>Applicant Information:</w:t>
      </w:r>
    </w:p>
    <w:p>
      <w:r>
        <w:rPr>
          <w:b w:val="0"/>
          <w:sz w:val="20"/>
        </w:rPr>
        <w:t>Full Name / Company Name: 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w:t>
      </w:r>
    </w:p>
    <w:p>
      <w:r>
        <w:rPr>
          <w:b w:val="0"/>
          <w:sz w:val="20"/>
        </w:rPr>
        <w:t>Email: ___________________________________________________________________</w:t>
      </w:r>
    </w:p>
    <w:p>
      <w:r>
        <w:rPr>
          <w:b w:val="0"/>
          <w:sz w:val="20"/>
        </w:rPr>
        <w:t>Tax ID / Social Security Number: __________________________________________</w:t>
      </w:r>
    </w:p>
    <w:p/>
    <w:p>
      <w:r>
        <w:rPr>
          <w:b/>
          <w:sz w:val="20"/>
        </w:rPr>
        <w:t>Credit Account Details:</w:t>
      </w:r>
    </w:p>
    <w:p>
      <w:r>
        <w:rPr>
          <w:b w:val="0"/>
          <w:sz w:val="20"/>
        </w:rPr>
        <w:t>Account Number: __________________________________________________________</w:t>
      </w:r>
    </w:p>
    <w:p>
      <w:r>
        <w:rPr>
          <w:b w:val="0"/>
          <w:sz w:val="20"/>
        </w:rPr>
        <w:t>Type of Credit Account: ___________________________________________________</w:t>
      </w:r>
    </w:p>
    <w:p>
      <w:r>
        <w:rPr>
          <w:b w:val="0"/>
          <w:sz w:val="20"/>
        </w:rPr>
        <w:t>Date Account Opened: _____________________________________________________</w:t>
      </w:r>
    </w:p>
    <w:p>
      <w:r>
        <w:rPr>
          <w:b w:val="0"/>
          <w:sz w:val="20"/>
        </w:rPr>
        <w:t>Credit Limit: __________________________ USD</w:t>
      </w:r>
    </w:p>
    <w:p>
      <w:r>
        <w:rPr>
          <w:b w:val="0"/>
          <w:sz w:val="20"/>
        </w:rPr>
        <w:t>Current Balance: _______________________ USD</w:t>
      </w:r>
    </w:p>
    <w:p>
      <w:r>
        <w:rPr>
          <w:b w:val="0"/>
          <w:sz w:val="20"/>
        </w:rPr>
        <w:t>Payment Terms: ___________________________________________________________</w:t>
      </w:r>
    </w:p>
    <w:p/>
    <w:p>
      <w:r>
        <w:rPr>
          <w:b/>
          <w:sz w:val="20"/>
        </w:rPr>
        <w:t>Credit History Summary:</w:t>
      </w:r>
    </w:p>
    <w:p>
      <w:r>
        <w:rPr>
          <w:b w:val="0"/>
          <w:sz w:val="20"/>
        </w:rPr>
        <w:t>The applicant has maintained the credit account in good standing. Payment history reflects timely payments consistent with agreed terms. No defaults, bankruptcies, or judgments have been recorded against the applicant within the scope of our records. Any derogatory marks or late payments are detailed as follows:</w:t>
      </w:r>
    </w:p>
    <w:p>
      <w:r>
        <w:rPr>
          <w:b w:val="0"/>
          <w:sz w:val="20"/>
        </w:rPr>
        <w:t>__________________________________________________________________________</w:t>
      </w:r>
    </w:p>
    <w:p>
      <w:r>
        <w:rPr>
          <w:b w:val="0"/>
          <w:sz w:val="20"/>
        </w:rPr>
        <w:t>__________________________________________________________________________</w:t>
      </w:r>
    </w:p>
    <w:p/>
    <w:p>
      <w:r>
        <w:rPr>
          <w:b/>
          <w:sz w:val="20"/>
        </w:rPr>
        <w:t>Credit Limit Recommendation:</w:t>
      </w:r>
    </w:p>
    <w:p>
      <w:r>
        <w:rPr>
          <w:b w:val="0"/>
          <w:sz w:val="20"/>
        </w:rPr>
        <w:t>Based on the financial information and credit history available, we recommend a credit limit of:</w:t>
      </w:r>
    </w:p>
    <w:p>
      <w:r>
        <w:rPr>
          <w:b w:val="0"/>
          <w:sz w:val="20"/>
        </w:rPr>
        <w:t>__________________________________________________________________________</w:t>
      </w:r>
    </w:p>
    <w:p/>
    <w:p>
      <w:r>
        <w:rPr>
          <w:b/>
          <w:sz w:val="20"/>
        </w:rPr>
        <w:t>Disclaimer:</w:t>
      </w:r>
    </w:p>
    <w:p>
      <w:r>
        <w:rPr>
          <w:b w:val="0"/>
          <w:sz w:val="20"/>
        </w:rPr>
        <w:t>This credit validation letter is provided in good faith and based solely on information available at the time of issuance. It does not constitute a guarantee of creditworthiness nor an endorsement of the applicant’s financial obligations. The recipient acknowledges and agrees that this letter is provided without warranty and that any decision to extend credit or engage in business transactions with the applicant is at the recipient’s sole discretion and risk. This document is governed by and construed in accordance with the laws of the United States of America. Any disputes arising from this letter shall be subject to the exclusive jurisdiction of the federal or state courts located within the jurisdiction of the issuer.</w:t>
      </w:r>
    </w:p>
    <w:p/>
    <w:p>
      <w:r>
        <w:rPr>
          <w:b/>
          <w:sz w:val="20"/>
        </w:rPr>
        <w:t>Authorized Representative:</w:t>
      </w:r>
    </w:p>
    <w:p>
      <w:r>
        <w:rPr>
          <w:b w:val="0"/>
          <w:sz w:val="20"/>
        </w:rPr>
        <w:t>Name: ____________________________________________</w:t>
      </w:r>
    </w:p>
    <w:p>
      <w:r>
        <w:rPr>
          <w:b w:val="0"/>
          <w:sz w:val="20"/>
        </w:rPr>
        <w:t>Title: _____________________________________________</w:t>
      </w:r>
    </w:p>
    <w:p>
      <w:r>
        <w:rPr>
          <w:b w:val="0"/>
          <w:sz w:val="20"/>
        </w:rPr>
        <w:t>Company: __________________________________________</w:t>
      </w:r>
    </w:p>
    <w:p>
      <w:r>
        <w:rPr>
          <w:b w:val="0"/>
          <w:sz w:val="20"/>
        </w:rPr>
        <w:t>Phone: ____________________________________________</w:t>
      </w:r>
    </w:p>
    <w:p>
      <w:r>
        <w:rPr>
          <w:b w:val="0"/>
          <w:sz w:val="20"/>
        </w:rPr>
        <w:t>Email: ____________________________________________</w:t>
      </w:r>
    </w:p>
    <w:p/>
    <w:p/>
    <w:p>
      <w:r>
        <w:rPr>
          <w:b w:val="0"/>
          <w:sz w:val="20"/>
        </w:rPr>
        <w:t>Signature: __________________________________________</w:t>
      </w:r>
    </w:p>
    <w:p>
      <w:r>
        <w:rPr>
          <w:b w:val="0"/>
          <w:sz w:val="20"/>
        </w:rPr>
        <w:t>Printed Name: _______________________________________</w:t>
      </w:r>
    </w:p>
    <w:p>
      <w:r>
        <w:rPr>
          <w:b w:val="0"/>
          <w:sz w:val="20"/>
        </w:rPr>
        <w:t>Title: ______________________________________________</w:t>
      </w:r>
    </w:p>
    <w:p>
      <w:r>
        <w:rPr>
          <w:b w:val="0"/>
          <w:sz w:val="20"/>
        </w:rPr>
        <w:t>Date: ______________________________________________</w:t>
      </w:r>
    </w:p>
    <w:p/>
    <w:p/>
    <w:p>
      <w:pPr>
        <w:jc w:val="center"/>
      </w:pPr>
      <w:r>
        <w:rPr>
          <w:b w:val="0"/>
          <w:sz w:val="20"/>
        </w:rPr>
        <w:t>This letter is confidential and intended solely for the use of the party to whom it is addressed. Unauthorized use, disclosure, or copying is prohibited.</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ISSUER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https://lettertemplate-us.com/credit-validation-letter/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credit-validation-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