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DEBT COLLECTION DISPUTE LETTER</w:t>
      </w:r>
    </w:p>
    <w:p/>
    <w:p/>
    <w:p>
      <w:r>
        <w:rPr>
          <w:b/>
          <w:sz w:val="20"/>
        </w:rPr>
        <w:t>Your Name: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Your Address: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City, State, ZIP Code: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Phone Number: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Email Address:</w:t>
      </w:r>
    </w:p>
    <w:p>
      <w:r>
        <w:rPr>
          <w:b w:val="0"/>
          <w:sz w:val="20"/>
        </w:rPr>
        <w:t>______________________________________________________________</w:t>
      </w:r>
    </w:p>
    <w:p/>
    <w:p/>
    <w:p>
      <w:r>
        <w:rPr>
          <w:b/>
          <w:sz w:val="20"/>
        </w:rPr>
        <w:t>Debt Collector / Creditor Name: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Address: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City, State, ZIP Code:</w:t>
      </w:r>
    </w:p>
    <w:p>
      <w:r>
        <w:rPr>
          <w:b w:val="0"/>
          <w:sz w:val="20"/>
        </w:rPr>
        <w:t>______________________________________________________________</w:t>
      </w:r>
    </w:p>
    <w:p/>
    <w:p/>
    <w:p>
      <w:r>
        <w:rPr>
          <w:b/>
          <w:sz w:val="20"/>
        </w:rPr>
        <w:t>RE: Dispute of Debt and Request for Validation</w:t>
      </w:r>
    </w:p>
    <w:p/>
    <w:p/>
    <w:p>
      <w:r>
        <w:rPr>
          <w:b w:val="0"/>
          <w:sz w:val="20"/>
        </w:rPr>
        <w:t>To Whom It May Concern,</w:t>
      </w:r>
    </w:p>
    <w:p/>
    <w:p>
      <w:r>
        <w:rPr>
          <w:b w:val="0"/>
          <w:sz w:val="20"/>
        </w:rPr>
        <w:t>I am writing in response to a debt collection notice I received from your company. I dispute the validity of the alleged debt and request that you provide me with the following information, as required by the Fair Debt Collection Practices Act (FDCPA):</w:t>
      </w:r>
    </w:p>
    <w:p/>
    <w:p>
      <w:pPr>
        <w:ind w:left="283"/>
      </w:pPr>
      <w:r>
        <w:rPr>
          <w:sz w:val="20"/>
        </w:rPr>
        <w:t>1. The amount of the debt claimed.</w:t>
        <w:br/>
        <w:t>2. The name of the original creditor.</w:t>
        <w:br/>
        <w:t>3. A detailed statement explaining the nature of the debt.</w:t>
        <w:br/>
        <w:t>4. Copies of any documents that show I agreed to the debt or that authorize you to collect it on behalf of the creditor.</w:t>
        <w:br/>
        <w:t>5. Proof of your authorization to act as a debt collector or agent for the creditor.</w:t>
        <w:br/>
        <w:t>6. Any judgments or legal actions taken against me related to this alleged debt.</w:t>
      </w:r>
    </w:p>
    <w:p/>
    <w:p>
      <w:r>
        <w:rPr>
          <w:b w:val="0"/>
          <w:sz w:val="20"/>
        </w:rPr>
        <w:t>Furthermore, pursuant to the FDCPA, I request that all collection activities cease until you have provided the requested validation of the debt. Please note that I do not waive any rights or defenses I may have by disputing this debt.</w:t>
      </w:r>
    </w:p>
    <w:p/>
    <w:p>
      <w:r>
        <w:rPr>
          <w:b w:val="0"/>
          <w:sz w:val="20"/>
        </w:rPr>
        <w:t>Please provide all future communications regarding this matter in writing to the address listed above. I do not authorize any phone calls or other forms of communication until the debt has been validated.</w:t>
      </w:r>
    </w:p>
    <w:p/>
    <w:p>
      <w:r>
        <w:rPr>
          <w:b w:val="0"/>
          <w:sz w:val="20"/>
        </w:rPr>
        <w:t>Be advised that any attempt to collect a debt without proper validation constitutes a violation of federal law and may result in legal action on my part to protect my rights.</w:t>
      </w:r>
    </w:p>
    <w:p/>
    <w:p/>
    <w:p>
      <w:r>
        <w:rPr>
          <w:b w:val="0"/>
          <w:sz w:val="20"/>
        </w:rPr>
        <w:t>Thank you for your prompt attention to this matter. I expect your response within the time frame required by law.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____________________________________</w:t>
      </w:r>
    </w:p>
    <w:p>
      <w:r>
        <w:rPr>
          <w:b w:val="0"/>
          <w:sz w:val="20"/>
        </w:rPr>
        <w:t>Your Signature</w:t>
      </w:r>
    </w:p>
    <w:p/>
    <w:p/>
    <w:p>
      <w:r>
        <w:rPr>
          <w:b w:val="0"/>
          <w:sz w:val="20"/>
        </w:rPr>
        <w:t>Date: 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Recipient / Agency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 Sent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https://lettertemplate-us.com/debt-collection-dispute-letter/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debt-collection-dispute-letter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