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DEBT DISPUTE LETTER</w:t>
      </w:r>
    </w:p>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City, State, ZIP: 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p>
      <w:r>
        <w:rPr>
          <w:b/>
          <w:sz w:val="20"/>
        </w:rPr>
        <w:t>Recipient Information:</w:t>
      </w:r>
    </w:p>
    <w:p>
      <w:r>
        <w:rPr>
          <w:b w:val="0"/>
          <w:sz w:val="20"/>
        </w:rPr>
        <w:t>Creditor/Collection Agency Name: ________________________________________</w:t>
      </w:r>
    </w:p>
    <w:p>
      <w:r>
        <w:rPr>
          <w:b w:val="0"/>
          <w:sz w:val="20"/>
        </w:rPr>
        <w:t>Address: _______________________________________________________________</w:t>
      </w:r>
    </w:p>
    <w:p>
      <w:r>
        <w:rPr>
          <w:b w:val="0"/>
          <w:sz w:val="20"/>
        </w:rPr>
        <w:t>City, State, ZIP: _______________________________________________________</w:t>
      </w:r>
    </w:p>
    <w:p/>
    <w:p/>
    <w:p>
      <w:pPr>
        <w:jc w:val="center"/>
      </w:pPr>
      <w:r>
        <w:rPr>
          <w:b/>
          <w:sz w:val="20"/>
        </w:rPr>
        <w:t>Subject: Debt Dispute Letter</w:t>
      </w:r>
    </w:p>
    <w:p/>
    <w:p/>
    <w:p>
      <w:r>
        <w:rPr>
          <w:b w:val="0"/>
          <w:sz w:val="20"/>
        </w:rPr>
        <w:t>To Whom It May Concern,</w:t>
      </w:r>
    </w:p>
    <w:p/>
    <w:p>
      <w:r>
        <w:rPr>
          <w:b w:val="0"/>
          <w:sz w:val="20"/>
        </w:rPr>
        <w:t>I am writing to formally dispute the validity of the alleged debt referenced by your account number or reference number below. Please consider this letter as my official notice that I am requesting a thorough verification of this alleged debt pursuant to the Fair Debt Collection Practices Act (FDCPA), 15 U.S.C. § 1692g.</w:t>
      </w:r>
    </w:p>
    <w:p/>
    <w:p>
      <w:r>
        <w:rPr>
          <w:b/>
          <w:sz w:val="20"/>
        </w:rPr>
        <w:t>Account Information:</w:t>
      </w:r>
    </w:p>
    <w:p>
      <w:r>
        <w:rPr>
          <w:b w:val="0"/>
          <w:sz w:val="20"/>
        </w:rPr>
        <w:t>Account Number: _____________________________________</w:t>
      </w:r>
    </w:p>
    <w:p>
      <w:r>
        <w:rPr>
          <w:b w:val="0"/>
          <w:sz w:val="20"/>
        </w:rPr>
        <w:t>Original Creditor: ____________________________________</w:t>
      </w:r>
    </w:p>
    <w:p>
      <w:r>
        <w:rPr>
          <w:b w:val="0"/>
          <w:sz w:val="20"/>
        </w:rPr>
        <w:t>Amount Claimed: _____________________________________</w:t>
      </w:r>
    </w:p>
    <w:p/>
    <w:p>
      <w:r>
        <w:rPr>
          <w:b/>
          <w:sz w:val="20"/>
        </w:rPr>
        <w:t>Dispute Details:</w:t>
      </w:r>
    </w:p>
    <w:p>
      <w:r>
        <w:rPr>
          <w:b w:val="0"/>
          <w:sz w:val="20"/>
        </w:rPr>
        <w:t>I do not acknowledge this debt as valid, and I dispute that I owe the amount claimed. Please provide me with the following documentation to validate this alleged debt:</w:t>
      </w:r>
    </w:p>
    <w:p/>
    <w:p>
      <w:pPr>
        <w:ind w:left="283"/>
      </w:pPr>
      <w:r>
        <w:rPr>
          <w:sz w:val="20"/>
        </w:rPr>
        <w:t>• A copy of the original signed contract or agreement evidencing my obligation to pay this debt.</w:t>
      </w:r>
    </w:p>
    <w:p>
      <w:pPr>
        <w:ind w:left="283"/>
      </w:pPr>
      <w:r>
        <w:rPr>
          <w:sz w:val="20"/>
        </w:rPr>
        <w:t>• Documentation showing the chain of custody or assignment of the debt, if applicable.</w:t>
      </w:r>
    </w:p>
    <w:p>
      <w:pPr>
        <w:ind w:left="283"/>
      </w:pPr>
      <w:r>
        <w:rPr>
          <w:sz w:val="20"/>
        </w:rPr>
        <w:t>• A detailed accounting of the amount claimed, including any fees, interest, or charges.</w:t>
      </w:r>
    </w:p>
    <w:p>
      <w:pPr>
        <w:ind w:left="283"/>
      </w:pPr>
      <w:r>
        <w:rPr>
          <w:sz w:val="20"/>
        </w:rPr>
        <w:t>• Verification that you are legally authorized to collect this debt in my state.</w:t>
      </w:r>
    </w:p>
    <w:p>
      <w:pPr>
        <w:ind w:left="283"/>
      </w:pPr>
      <w:r>
        <w:rPr>
          <w:sz w:val="20"/>
        </w:rPr>
        <w:t>• Proof of your license to collect debts, if applicable.</w:t>
      </w:r>
    </w:p>
    <w:p/>
    <w:p>
      <w:r>
        <w:rPr>
          <w:b w:val="0"/>
          <w:sz w:val="20"/>
        </w:rPr>
        <w:t>Please be advised that until you provide the requested verification, you must cease all collection activities pursuant to the FDCPA. You are required to mark this disputed debt accordingly in your records and with any credit reporting agencies to whom you have reported it.</w:t>
      </w:r>
    </w:p>
    <w:p/>
    <w:p>
      <w:r>
        <w:rPr>
          <w:b w:val="0"/>
          <w:sz w:val="20"/>
        </w:rPr>
        <w:t>Furthermore, if you do not provide the requested documentation within the timeframe required by law, you must delete any negative information related to this alleged debt from my credit reports.</w:t>
      </w:r>
    </w:p>
    <w:p/>
    <w:p>
      <w:r>
        <w:rPr>
          <w:b w:val="0"/>
          <w:sz w:val="20"/>
        </w:rPr>
        <w:t>I also request that all future communications regarding this matter be made in writing only, and sent to the address listed above.</w:t>
      </w:r>
    </w:p>
    <w:p/>
    <w:p>
      <w:r>
        <w:rPr>
          <w:b w:val="0"/>
          <w:sz w:val="20"/>
        </w:rPr>
        <w:t>Thank you for your prompt attention to this matter. Please confirm receipt of this letter and provide the requested validation documentation at your earliest convenience.</w:t>
      </w:r>
    </w:p>
    <w:p/>
    <w:p/>
    <w:p>
      <w:r>
        <w:rPr>
          <w:b w:val="0"/>
          <w:sz w:val="20"/>
        </w:rPr>
        <w:t>Sincerely,</w:t>
      </w:r>
    </w:p>
    <w:p/>
    <w:p/>
    <w:p/>
    <w:p/>
    <w:p>
      <w:r>
        <w:rPr>
          <w:b w:val="0"/>
          <w:sz w:val="20"/>
        </w:rPr>
        <w:t>_________________________________________</w:t>
      </w:r>
    </w:p>
    <w:p>
      <w:r>
        <w:rPr>
          <w:b w:val="0"/>
          <w:sz w:val="20"/>
        </w:rPr>
        <w:t>Signature of Debtor</w:t>
      </w:r>
    </w:p>
    <w:p/>
    <w:p/>
    <w:p>
      <w:r>
        <w:rPr>
          <w:b w:val="0"/>
          <w:sz w:val="20"/>
        </w:rPr>
        <w:t>Date: ____________________________________</w:t>
      </w:r>
    </w:p>
    <w:p/>
    <w:p/>
    <w:p/>
    <w:p/>
    <w:p>
      <w:r>
        <w:rPr>
          <w:b/>
          <w:sz w:val="20"/>
        </w:rPr>
        <w:t>Enclosures:</w:t>
      </w:r>
    </w:p>
    <w:p>
      <w:r>
        <w:rPr>
          <w:b w:val="0"/>
          <w:sz w:val="20"/>
        </w:rPr>
        <w:t>Copies of any relevant documents supporting this dispute (if applicable).</w:t>
      </w:r>
    </w:p>
    <w:p/>
    <w:p/>
    <w:p>
      <w:r>
        <w:rPr>
          <w:b/>
          <w:sz w:val="20"/>
        </w:rPr>
        <w:t>Note:</w:t>
      </w:r>
    </w:p>
    <w:p>
      <w:r>
        <w:rPr>
          <w:b w:val="0"/>
          <w:sz w:val="20"/>
        </w:rPr>
        <w:t>Keep a copy of this letter and all correspondence for your records. Send this letter via certified mail with return receipt requested to ensure proof of delivery.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Debtor</w:t>
            </w:r>
          </w:p>
        </w:tc>
        <w:tc>
          <w:tcPr>
            <w:tcW w:type="dxa" w:w="4986"/>
            <w:tcBorders>
              <w:top w:val="nil"/>
              <w:left w:val="nil"/>
              <w:bottom w:val="nil"/>
              <w:right w:val="nil"/>
              <w:insideH w:val="nil"/>
              <w:insideV w:val="nil"/>
            </w:tcBorders>
          </w:tcPr>
          <w:p>
            <w:pPr>
              <w:jc w:val="center"/>
            </w:pPr>
            <w:r>
              <w:t>Witness (Optional)</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https://lettertemplate-us.com/debt-dispute-letter/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debt-disput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