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DEBT SETTLEMENT AGREEMENT LETTER</w:t>
      </w:r>
    </w:p>
    <w:p/>
    <w:p>
      <w:r>
        <w:rPr>
          <w:b/>
          <w:sz w:val="20"/>
        </w:rPr>
        <w:t>Creditor Information:</w:t>
      </w:r>
    </w:p>
    <w:p>
      <w:r>
        <w:rPr>
          <w:b w:val="0"/>
          <w:sz w:val="20"/>
        </w:rPr>
        <w:t>Full Name / Company: ________________________________________________</w:t>
      </w:r>
    </w:p>
    <w:p>
      <w:r>
        <w:rPr>
          <w:b w:val="0"/>
          <w:sz w:val="20"/>
        </w:rPr>
        <w:t>Address: ____________________________________________________________</w:t>
      </w:r>
    </w:p>
    <w:p>
      <w:r>
        <w:rPr>
          <w:b w:val="0"/>
          <w:sz w:val="20"/>
        </w:rPr>
        <w:t>Phone Number: ______________________________________________________</w:t>
      </w:r>
    </w:p>
    <w:p>
      <w:r>
        <w:rPr>
          <w:b w:val="0"/>
          <w:sz w:val="20"/>
        </w:rPr>
        <w:t>Email: ______________________________________________________________</w:t>
      </w:r>
    </w:p>
    <w:p/>
    <w:p>
      <w:r>
        <w:rPr>
          <w:b/>
          <w:sz w:val="20"/>
        </w:rPr>
        <w:t>Debtor Information:</w:t>
      </w:r>
    </w:p>
    <w:p>
      <w:r>
        <w:rPr>
          <w:b w:val="0"/>
          <w:sz w:val="20"/>
        </w:rPr>
        <w:t>Full Name / Company: ________________________________________________</w:t>
      </w:r>
    </w:p>
    <w:p>
      <w:r>
        <w:rPr>
          <w:b w:val="0"/>
          <w:sz w:val="20"/>
        </w:rPr>
        <w:t>Address: ____________________________________________________________</w:t>
      </w:r>
    </w:p>
    <w:p>
      <w:r>
        <w:rPr>
          <w:b w:val="0"/>
          <w:sz w:val="20"/>
        </w:rPr>
        <w:t>Phone Number: ______________________________________________________</w:t>
      </w:r>
    </w:p>
    <w:p>
      <w:r>
        <w:rPr>
          <w:b w:val="0"/>
          <w:sz w:val="20"/>
        </w:rPr>
        <w:t>Email: ______________________________________________________________</w:t>
      </w:r>
    </w:p>
    <w:p/>
    <w:p>
      <w:r>
        <w:rPr>
          <w:b/>
          <w:sz w:val="20"/>
        </w:rPr>
        <w:t>RECITALS</w:t>
      </w:r>
    </w:p>
    <w:p>
      <w:r>
        <w:rPr>
          <w:b w:val="0"/>
          <w:sz w:val="20"/>
        </w:rPr>
        <w:t>WHEREAS, the Debtor is indebted to the Creditor in the amount of _______________ USD ("Original Debt");</w:t>
      </w:r>
    </w:p>
    <w:p>
      <w:r>
        <w:rPr>
          <w:b w:val="0"/>
          <w:sz w:val="20"/>
        </w:rPr>
        <w:t>WHEREAS, the parties wish to resolve and settle the Original Debt on the terms set forth below;</w:t>
      </w:r>
    </w:p>
    <w:p>
      <w:r>
        <w:rPr>
          <w:b w:val="0"/>
          <w:sz w:val="20"/>
        </w:rPr>
        <w:t>WHEREAS, this Agreement embodies the entire understanding between the parties regarding this debt settlement.</w:t>
      </w:r>
    </w:p>
    <w:p/>
    <w:p>
      <w:r>
        <w:rPr>
          <w:b/>
          <w:sz w:val="20"/>
        </w:rPr>
        <w:t>1. Definitions</w:t>
      </w:r>
    </w:p>
    <w:p>
      <w:r>
        <w:rPr>
          <w:b w:val="0"/>
          <w:sz w:val="20"/>
        </w:rPr>
        <w:t>For purposes of this Agreement, the following terms shall have the meanings set forth below unless the context otherwise requires:</w:t>
      </w:r>
    </w:p>
    <w:p>
      <w:r>
        <w:rPr>
          <w:b w:val="0"/>
          <w:sz w:val="20"/>
        </w:rPr>
        <w:t>“Settlement Amount” means the total amount agreed to be paid by the Debtor to the Creditor as full and final settlement of the Original Debt.</w:t>
      </w:r>
    </w:p>
    <w:p>
      <w:r>
        <w:rPr>
          <w:b w:val="0"/>
          <w:sz w:val="20"/>
        </w:rPr>
        <w:t>“Effective Date” means the date upon which this Agreement is executed by all parties.</w:t>
      </w:r>
    </w:p>
    <w:p/>
    <w:p>
      <w:r>
        <w:rPr>
          <w:b/>
          <w:sz w:val="20"/>
        </w:rPr>
        <w:t>2. Settlement Amount and Payment Terms</w:t>
      </w:r>
    </w:p>
    <w:p>
      <w:r>
        <w:rPr>
          <w:b w:val="0"/>
          <w:sz w:val="20"/>
        </w:rPr>
        <w:t>The Debtor agrees to pay the Creditor the Settlement Amount of _______________ USD, subject to the following payment schedule and conditions:</w:t>
      </w:r>
    </w:p>
    <w:p>
      <w:r>
        <w:rPr>
          <w:b w:val="0"/>
          <w:sz w:val="20"/>
        </w:rPr>
        <w:t>- Payment Method: ______________________________________________________</w:t>
      </w:r>
    </w:p>
    <w:p>
      <w:r>
        <w:rPr>
          <w:b w:val="0"/>
          <w:sz w:val="20"/>
        </w:rPr>
        <w:t>- Payment Schedule: ____________________________________________________</w:t>
      </w:r>
    </w:p>
    <w:p>
      <w:r>
        <w:rPr>
          <w:b w:val="0"/>
          <w:sz w:val="20"/>
        </w:rPr>
        <w:t>Timely payment as described herein shall constitute full satisfaction and discharge of the Original Debt.</w:t>
      </w:r>
    </w:p>
    <w:p/>
    <w:p>
      <w:r>
        <w:rPr>
          <w:b/>
          <w:sz w:val="20"/>
        </w:rPr>
        <w:t>3. Release of Claims</w:t>
      </w:r>
    </w:p>
    <w:p>
      <w:r>
        <w:rPr>
          <w:b w:val="0"/>
          <w:sz w:val="20"/>
        </w:rPr>
        <w:t>Upon receipt by the Creditor of the full Settlement Amount in cleared funds, the Creditor hereby releases and forever discharges the Debtor from any and all claims, demands, liabilities, or causes of action relating to or arising out of the Original Debt.</w:t>
      </w:r>
    </w:p>
    <w:p/>
    <w:p>
      <w:r>
        <w:rPr>
          <w:b/>
          <w:sz w:val="20"/>
        </w:rPr>
        <w:t>4. No Admission of Liability</w:t>
      </w:r>
    </w:p>
    <w:p>
      <w:r>
        <w:rPr>
          <w:b w:val="0"/>
          <w:sz w:val="20"/>
        </w:rPr>
        <w:t>This Agreement does not constitute an admission by the Debtor of any liability or wrongdoing, and the Creditor acknowledges this Agreement is intended solely to resolve the debt amicably.</w:t>
      </w:r>
    </w:p>
    <w:p/>
    <w:p>
      <w:r>
        <w:rPr>
          <w:b/>
          <w:sz w:val="20"/>
        </w:rPr>
        <w:t>5. Confidentiality</w:t>
      </w:r>
    </w:p>
    <w:p>
      <w:r>
        <w:rPr>
          <w:b w:val="0"/>
          <w:sz w:val="20"/>
        </w:rPr>
        <w:t>The parties agree to keep the terms and existence of this Agreement confidential and shall not disclose any information concerning it to any third party except as required by law or with prior written consent of the other party.</w:t>
      </w:r>
    </w:p>
    <w:p/>
    <w:p>
      <w:r>
        <w:rPr>
          <w:b/>
          <w:sz w:val="20"/>
        </w:rPr>
        <w:t>6. Governing Law and Jurisdiction</w:t>
      </w:r>
    </w:p>
    <w:p>
      <w:r>
        <w:rPr>
          <w:b w:val="0"/>
          <w:sz w:val="20"/>
        </w:rPr>
        <w:t>This Agreement shall be governed by and construed in accordance with the laws of the United States and the State of __________________.</w:t>
      </w:r>
    </w:p>
    <w:p>
      <w:r>
        <w:rPr>
          <w:b w:val="0"/>
          <w:sz w:val="20"/>
        </w:rPr>
        <w:t>Any disputes arising under or in connection with this Agreement shall be subject to the exclusive jurisdiction of the courts located in __________________.</w:t>
      </w:r>
    </w:p>
    <w:p/>
    <w:p>
      <w:r>
        <w:rPr>
          <w:b/>
          <w:sz w:val="20"/>
        </w:rPr>
        <w:t>7. No Waiver</w:t>
      </w:r>
    </w:p>
    <w:p>
      <w:r>
        <w:rPr>
          <w:b w:val="0"/>
          <w:sz w:val="20"/>
        </w:rPr>
        <w:t>Failure by either party to enforce any provision of this Agreement shall not operate as a waiver of that or any other provision.</w:t>
      </w:r>
    </w:p>
    <w:p/>
    <w:p>
      <w:r>
        <w:rPr>
          <w:b/>
          <w:sz w:val="20"/>
        </w:rPr>
        <w:t>8. Entire Agreement</w:t>
      </w:r>
    </w:p>
    <w:p>
      <w:r>
        <w:rPr>
          <w:b w:val="0"/>
          <w:sz w:val="20"/>
        </w:rPr>
        <w:t>This Agreement constitutes the entire understanding of the parties with respect to the subject matter hereof and supersedes all prior negotiations, agreements, and understandings, whether written or oral.</w:t>
      </w:r>
    </w:p>
    <w:p/>
    <w:p>
      <w:r>
        <w:rPr>
          <w:b/>
          <w:sz w:val="20"/>
        </w:rPr>
        <w:t>9. Severability</w:t>
      </w:r>
    </w:p>
    <w:p>
      <w:r>
        <w:rPr>
          <w:b w:val="0"/>
          <w:sz w:val="20"/>
        </w:rPr>
        <w:t>If any provision of this Agreement is held to be invalid, illegal, or unenforceable, the remaining provisions shall continue in full force and effect.</w:t>
      </w:r>
    </w:p>
    <w:p/>
    <w:p>
      <w:r>
        <w:rPr>
          <w:b/>
          <w:sz w:val="20"/>
        </w:rPr>
        <w:t>10. Counterparts and Electronic Signatures</w:t>
      </w:r>
    </w:p>
    <w:p>
      <w:r>
        <w:rPr>
          <w:b w:val="0"/>
          <w:sz w:val="20"/>
        </w:rPr>
        <w:t>This Agreement may be executed in counterparts, each of which shall be deemed an original, and all of which together shall constitute one instrument. Signatures provided by electronic means, including fax or PDF, shall be deemed valid and binding.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CREDITOR</w:t>
            </w:r>
          </w:p>
        </w:tc>
        <w:tc>
          <w:tcPr>
            <w:tcW w:type="dxa" w:w="4986"/>
            <w:tcBorders>
              <w:top w:val="nil"/>
              <w:left w:val="nil"/>
              <w:bottom w:val="nil"/>
              <w:right w:val="nil"/>
              <w:insideH w:val="nil"/>
              <w:insideV w:val="nil"/>
            </w:tcBorders>
          </w:tcPr>
          <w:p>
            <w:pPr>
              <w:jc w:val="center"/>
            </w:pPr>
            <w:r>
              <w:t>DEBTOR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https://lettertemplate-us.com/debt-settlement-letter/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debt-settlement-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