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DEMAND LETTER FOR RETURN OF PERSONAL PROPERTY</w:t>
      </w:r>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City, State, ZIP: 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or Business Name: ___________________________________________</w:t>
      </w:r>
    </w:p>
    <w:p>
      <w:r>
        <w:rPr>
          <w:b w:val="0"/>
          <w:sz w:val="20"/>
        </w:rPr>
        <w:t>Address: _______________________________________________________________</w:t>
      </w:r>
    </w:p>
    <w:p>
      <w:r>
        <w:rPr>
          <w:b w:val="0"/>
          <w:sz w:val="20"/>
        </w:rPr>
        <w:t>City, State, ZIP: 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Subject: Demand for Immediate Return of Personal Property</w:t>
      </w:r>
    </w:p>
    <w:p/>
    <w:p>
      <w:r>
        <w:rPr>
          <w:b w:val="0"/>
          <w:sz w:val="20"/>
        </w:rPr>
        <w:t>To Whom It May Concern,</w:t>
      </w:r>
    </w:p>
    <w:p/>
    <w:p>
      <w:r>
        <w:rPr>
          <w:b w:val="0"/>
          <w:sz w:val="20"/>
        </w:rPr>
        <w:t>This letter serves as a formal demand for the immediate return of my personal property currently in your possession. The items listed below belong to me and have been wrongfully retained without my consent. I require that these items be returned to me promptly to avoid further legal action.</w:t>
      </w:r>
    </w:p>
    <w:p/>
    <w:p>
      <w:r>
        <w:rPr>
          <w:b/>
          <w:sz w:val="20"/>
        </w:rPr>
        <w:t>Description of Personal Property:</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Details of Possession:</w:t>
      </w:r>
    </w:p>
    <w:p>
      <w:r>
        <w:rPr>
          <w:b w:val="0"/>
          <w:sz w:val="20"/>
        </w:rPr>
        <w:t>The personal property has been in your possession since: ______________________</w:t>
      </w:r>
    </w:p>
    <w:p>
      <w:r>
        <w:rPr>
          <w:b w:val="0"/>
          <w:sz w:val="20"/>
        </w:rPr>
        <w:t>The property was originally transferred to you for the purpose of: _______________</w:t>
      </w:r>
    </w:p>
    <w:p/>
    <w:p>
      <w:r>
        <w:rPr>
          <w:b/>
          <w:sz w:val="20"/>
        </w:rPr>
        <w:t>Legal Basis for Demand:</w:t>
      </w:r>
    </w:p>
    <w:p>
      <w:r>
        <w:rPr>
          <w:b w:val="0"/>
          <w:sz w:val="20"/>
        </w:rPr>
        <w:t>Under United States law, you are required to return property that does not belong to you upon demand. Your continued possession of my personal property without my consent constitutes wrongful detention and may be deemed conversion under applicable law.</w:t>
      </w:r>
    </w:p>
    <w:p/>
    <w:p>
      <w:r>
        <w:rPr>
          <w:b/>
          <w:sz w:val="20"/>
        </w:rPr>
        <w:t>Demand:</w:t>
      </w:r>
    </w:p>
    <w:p>
      <w:r>
        <w:rPr>
          <w:b w:val="0"/>
          <w:sz w:val="20"/>
        </w:rPr>
        <w:t>I hereby demand that you return all of my personal property described above within ten (10) calendar days of your receipt of this letter. Failure to comply will leave me no option but to pursue all available legal remedies, including but not limited to filing a lawsuit to recover possession and damages.</w:t>
      </w:r>
    </w:p>
    <w:p/>
    <w:p>
      <w:r>
        <w:rPr>
          <w:b/>
          <w:sz w:val="20"/>
        </w:rPr>
        <w:t>Return Instructions:</w:t>
      </w:r>
    </w:p>
    <w:p>
      <w:r>
        <w:rPr>
          <w:b w:val="0"/>
          <w:sz w:val="20"/>
        </w:rPr>
        <w:t>Please return the property to the following address or contact me at the above phone number or email to arrange for its return:</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Reservation of Rights:</w:t>
      </w:r>
    </w:p>
    <w:p>
      <w:r>
        <w:rPr>
          <w:b w:val="0"/>
          <w:sz w:val="20"/>
        </w:rPr>
        <w:t>This letter is not a waiver of any of my rights or remedies, all of which are expressly reserved.</w:t>
      </w:r>
    </w:p>
    <w:p/>
    <w:p>
      <w:r>
        <w:rPr>
          <w:b w:val="0"/>
          <w:sz w:val="20"/>
        </w:rPr>
        <w:t>I expect your full cooperation in resolving this matter amicably and without the need for legal proceedings.</w:t>
      </w:r>
    </w:p>
    <w:p/>
    <w:p/>
    <w:p>
      <w:r>
        <w:rPr>
          <w:b w:val="0"/>
          <w:sz w:val="20"/>
        </w:rPr>
        <w:t>Sincerely,</w:t>
      </w:r>
    </w:p>
    <w:p/>
    <w:p/>
    <w:p/>
    <w:p/>
    <w:p>
      <w:r>
        <w:rPr>
          <w:b w:val="0"/>
          <w:sz w:val="20"/>
        </w:rPr>
        <w:t>____________________________________</w:t>
      </w:r>
    </w:p>
    <w:p>
      <w:r>
        <w:rPr>
          <w:b w:val="0"/>
          <w:sz w:val="20"/>
        </w:rPr>
        <w:t>Signature of Sender</w:t>
      </w:r>
    </w:p>
    <w:p>
      <w:r>
        <w:rPr>
          <w:b w:val="0"/>
          <w:sz w:val="20"/>
        </w:rPr>
        <w:t>Printed Name: __________________________________</w:t>
      </w:r>
    </w:p>
    <w:p>
      <w:r>
        <w:rPr>
          <w:b w:val="0"/>
          <w:sz w:val="20"/>
        </w:rPr>
        <w:t>Date: __________________________________</w:t>
      </w:r>
    </w:p>
    <w:p/>
    <w:p/>
    <w:p>
      <w:r>
        <w:rPr>
          <w:b/>
          <w:sz w:val="20"/>
        </w:rPr>
        <w:t>Cc:</w:t>
      </w:r>
    </w:p>
    <w:p>
      <w:r>
        <w:rPr>
          <w:b w:val="0"/>
          <w:sz w:val="20"/>
        </w:rPr>
        <w:t>__________________________________________________________________________</w:t>
      </w:r>
    </w:p>
    <w:p>
      <w:r>
        <w:rPr>
          <w:b w:val="0"/>
          <w:sz w:val="20"/>
        </w:rPr>
        <w:t>__________________________________________________________________________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https://lettertemplate-us.com/demand-letter-return-of-personal-property-letter/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demand-letter-return-of-personal-property-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