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EMPLOYEE DEMOTION LETTER</w:t>
      </w:r>
    </w:p>
    <w:p/>
    <w:p/>
    <w:p>
      <w:r>
        <w:rPr>
          <w:b w:val="0"/>
          <w:sz w:val="20"/>
        </w:rPr>
        <w:t>Company Name: _______________________________________________________________</w:t>
      </w:r>
    </w:p>
    <w:p>
      <w:r>
        <w:rPr>
          <w:b w:val="0"/>
          <w:sz w:val="20"/>
        </w:rPr>
        <w:t>Company Address: ____________________________________________________________</w:t>
      </w:r>
    </w:p>
    <w:p>
      <w:r>
        <w:rPr>
          <w:b w:val="0"/>
          <w:sz w:val="20"/>
        </w:rPr>
        <w:t>City, State, ZIP: ____________________________________________________________</w:t>
      </w:r>
    </w:p>
    <w:p/>
    <w:p>
      <w:r>
        <w:rPr>
          <w:b w:val="0"/>
          <w:sz w:val="20"/>
        </w:rPr>
        <w:t>Employee Name: ______________________________________________________________</w:t>
      </w:r>
    </w:p>
    <w:p>
      <w:r>
        <w:rPr>
          <w:b w:val="0"/>
          <w:sz w:val="20"/>
        </w:rPr>
        <w:t>Employee ID: ________________________________________________________________</w:t>
      </w:r>
    </w:p>
    <w:p>
      <w:r>
        <w:rPr>
          <w:b w:val="0"/>
          <w:sz w:val="20"/>
        </w:rPr>
        <w:t>Current Position: ____________________________________________________________</w:t>
      </w:r>
    </w:p>
    <w:p>
      <w:r>
        <w:rPr>
          <w:b w:val="0"/>
          <w:sz w:val="20"/>
        </w:rPr>
        <w:t>Department: _________________________________________________________________</w:t>
      </w:r>
    </w:p>
    <w:p/>
    <w:p/>
    <w:p>
      <w:r>
        <w:rPr>
          <w:b w:val="0"/>
          <w:sz w:val="20"/>
        </w:rPr>
        <w:t>Dear ________________________________,</w:t>
      </w:r>
    </w:p>
    <w:p/>
    <w:p>
      <w:r>
        <w:rPr>
          <w:b w:val="0"/>
          <w:sz w:val="20"/>
        </w:rPr>
        <w:t>This letter serves as formal notice of the decision to demote you from your current position to a new role within the company. This action is effective immediately upon delivery of this letter, unless otherwise specified.</w:t>
      </w:r>
    </w:p>
    <w:p/>
    <w:p>
      <w:r>
        <w:rPr>
          <w:b/>
          <w:sz w:val="22"/>
        </w:rPr>
        <w:t>Reason for Demotion:</w:t>
      </w:r>
    </w:p>
    <w:p>
      <w:r>
        <w:rPr>
          <w:b w:val="0"/>
          <w:sz w:val="20"/>
        </w:rPr>
        <w:t>The decision to demote you is based on the following reason(s):</w:t>
      </w:r>
    </w:p>
    <w:p>
      <w:r>
        <w:rPr>
          <w:b w:val="0"/>
          <w:sz w:val="20"/>
        </w:rPr>
        <w:t>- ____________________________________________________________________________</w:t>
      </w:r>
    </w:p>
    <w:p>
      <w:r>
        <w:rPr>
          <w:b w:val="0"/>
          <w:sz w:val="20"/>
        </w:rPr>
        <w:t>- ____________________________________________________________________________</w:t>
      </w:r>
    </w:p>
    <w:p>
      <w:r>
        <w:rPr>
          <w:b w:val="0"/>
          <w:sz w:val="20"/>
        </w:rPr>
        <w:t>- ____________________________________________________________________________</w:t>
      </w:r>
    </w:p>
    <w:p/>
    <w:p>
      <w:r>
        <w:rPr>
          <w:b/>
          <w:sz w:val="22"/>
        </w:rPr>
        <w:t>New Position and Terms:</w:t>
      </w:r>
    </w:p>
    <w:p>
      <w:r>
        <w:rPr>
          <w:b w:val="0"/>
          <w:sz w:val="20"/>
        </w:rPr>
        <w:t>Position Title: ________________________________________________________________</w:t>
      </w:r>
    </w:p>
    <w:p>
      <w:r>
        <w:rPr>
          <w:b w:val="0"/>
          <w:sz w:val="20"/>
        </w:rPr>
        <w:t>Department: __________________________________________________________________</w:t>
      </w:r>
    </w:p>
    <w:p>
      <w:r>
        <w:rPr>
          <w:b w:val="0"/>
          <w:sz w:val="20"/>
        </w:rPr>
        <w:t>Supervisor: ___________________________________________________________________</w:t>
      </w:r>
    </w:p>
    <w:p>
      <w:r>
        <w:rPr>
          <w:b w:val="0"/>
          <w:sz w:val="20"/>
        </w:rPr>
        <w:t>New Responsibilities: _________________________________________________________</w:t>
      </w:r>
    </w:p>
    <w:p>
      <w:r>
        <w:rPr>
          <w:b w:val="0"/>
          <w:sz w:val="20"/>
        </w:rPr>
        <w:t>______________________________________________________________________________</w:t>
      </w:r>
    </w:p>
    <w:p>
      <w:r>
        <w:rPr>
          <w:b w:val="0"/>
          <w:sz w:val="20"/>
        </w:rPr>
        <w:t>Effective Date: _______________________________________________________________</w:t>
      </w:r>
    </w:p>
    <w:p/>
    <w:p>
      <w:r>
        <w:rPr>
          <w:b/>
          <w:sz w:val="22"/>
        </w:rPr>
        <w:t>Compensation and Benefits:</w:t>
      </w:r>
    </w:p>
    <w:p>
      <w:r>
        <w:rPr>
          <w:b w:val="0"/>
          <w:sz w:val="20"/>
        </w:rPr>
        <w:t>Your new salary will be: ______________________________ per ______________________</w:t>
      </w:r>
    </w:p>
    <w:p>
      <w:r>
        <w:rPr>
          <w:b w:val="0"/>
          <w:sz w:val="20"/>
        </w:rPr>
        <w:t>Any changes to your benefits will be communicated separately and are subject to company policies.</w:t>
      </w:r>
    </w:p>
    <w:p/>
    <w:p>
      <w:r>
        <w:rPr>
          <w:b/>
          <w:sz w:val="22"/>
        </w:rPr>
        <w:t>Expectations Moving Forward:</w:t>
      </w:r>
    </w:p>
    <w:p>
      <w:r>
        <w:rPr>
          <w:b w:val="0"/>
          <w:sz w:val="20"/>
        </w:rPr>
        <w:t>The company expects you to perform all duties associated with your new position to the best of your ability. Continued employment is contingent upon meeting performance standards and adherence to company policies.</w:t>
      </w:r>
    </w:p>
    <w:p/>
    <w:p>
      <w:r>
        <w:rPr>
          <w:b/>
          <w:sz w:val="22"/>
        </w:rPr>
        <w:t>Acknowledgment of Demotion:</w:t>
      </w:r>
    </w:p>
    <w:p>
      <w:r>
        <w:rPr>
          <w:b w:val="0"/>
          <w:sz w:val="20"/>
        </w:rPr>
        <w:t>Please acknowledge receipt and understanding of this demotion by signing below. Your signature does not necessarily indicate agreement with the decision but confirms that you have received this notification.</w:t>
      </w:r>
    </w:p>
    <w:p/>
    <w:p/>
    <w:p>
      <w:r>
        <w:rPr>
          <w:b/>
          <w:sz w:val="22"/>
        </w:rPr>
        <w:t>Legal Compliance:</w:t>
      </w:r>
    </w:p>
    <w:p>
      <w:r>
        <w:rPr>
          <w:b w:val="0"/>
          <w:sz w:val="20"/>
        </w:rPr>
        <w:t>This demotion is made in accordance with all applicable federal, state, and local laws. The company affirms its commitment to providing equal employment opportunities and maintaining a workplace free from discrimination and retaliation.</w:t>
      </w:r>
    </w:p>
    <w:p/>
    <w:p/>
    <w:p>
      <w:r>
        <w:rPr>
          <w:b w:val="0"/>
          <w:sz w:val="20"/>
        </w:rPr>
        <w:t>If you have any questions regarding this decision or your new role, please contact Human Resources or your supervisor directly.</w:t>
      </w:r>
    </w:p>
    <w:p/>
    <w:p/>
    <w:p>
      <w:r>
        <w:rPr>
          <w:b w:val="0"/>
          <w:sz w:val="20"/>
        </w:rPr>
        <w:t>Sincerely,</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 REPRESENTATIVE</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https://lettertemplate-us.com/demotion-letter/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demotion-letter/"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