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DENTAL CLEARANCE LETTER</w:t>
      </w:r>
    </w:p>
    <w:p/>
    <w:p/>
    <w:p>
      <w:r>
        <w:rPr>
          <w:b/>
          <w:sz w:val="20"/>
        </w:rPr>
        <w:t>Patient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Number: _________________________________________________________</w:t>
      </w:r>
    </w:p>
    <w:p/>
    <w:p>
      <w:r>
        <w:rPr>
          <w:b/>
          <w:sz w:val="20"/>
        </w:rPr>
        <w:t>Dentist Information:</w:t>
      </w:r>
    </w:p>
    <w:p>
      <w:r>
        <w:rPr>
          <w:b w:val="0"/>
          <w:sz w:val="20"/>
        </w:rPr>
        <w:t>Name: _________________________________________________________________</w:t>
      </w:r>
    </w:p>
    <w:p>
      <w:r>
        <w:rPr>
          <w:b w:val="0"/>
          <w:sz w:val="20"/>
        </w:rPr>
        <w:t>License Number: ________________________________________________________</w:t>
      </w:r>
    </w:p>
    <w:p>
      <w:r>
        <w:rPr>
          <w:b w:val="0"/>
          <w:sz w:val="20"/>
        </w:rPr>
        <w:t>Practice Name: _________________________________________________________</w:t>
      </w:r>
    </w:p>
    <w:p>
      <w:r>
        <w:rPr>
          <w:b w:val="0"/>
          <w:sz w:val="20"/>
        </w:rPr>
        <w:t>Practice Address: ______________________________________________________</w:t>
      </w:r>
    </w:p>
    <w:p>
      <w:r>
        <w:rPr>
          <w:b w:val="0"/>
          <w:sz w:val="20"/>
        </w:rPr>
        <w:t>Phone Number: _________________________________________________________</w:t>
      </w:r>
    </w:p>
    <w:p/>
    <w:p>
      <w:r>
        <w:rPr>
          <w:b/>
          <w:sz w:val="20"/>
        </w:rPr>
        <w:t>Dental Clearance Statement:</w:t>
      </w:r>
    </w:p>
    <w:p>
      <w:r>
        <w:rPr>
          <w:b w:val="0"/>
          <w:sz w:val="20"/>
        </w:rPr>
        <w:t>I, the undersigned dentist, hereby certify that I have examined the dental condition of the above-named patient. Based on this examination and any necessary supporting diagnostic materials, I find no active oral infections, untreated caries, periodontal disease requiring urgent treatment, or other acute dental conditions that would contraindicate elective medical, surgical, or other treatments or procedures.</w:t>
      </w:r>
    </w:p>
    <w:p/>
    <w:p>
      <w:r>
        <w:rPr>
          <w:b w:val="0"/>
          <w:sz w:val="20"/>
        </w:rPr>
        <w:t>This clearance is issued for the purpose of ensuring that the patient’s dental health status is stable and will not adversely affect the medical or surgical treatment planned.</w:t>
      </w:r>
    </w:p>
    <w:p/>
    <w:p>
      <w:r>
        <w:rPr>
          <w:b/>
          <w:sz w:val="20"/>
        </w:rPr>
        <w:t>Scope and Limitations:</w:t>
      </w:r>
    </w:p>
    <w:p>
      <w:r>
        <w:rPr>
          <w:b w:val="0"/>
          <w:sz w:val="20"/>
        </w:rPr>
        <w:t>This letter is based solely on the dental examination and related information available at the time of issuance. It does not guarantee future dental health or preclude the development of dental conditions after this date.</w:t>
      </w:r>
    </w:p>
    <w:p/>
    <w:p>
      <w:r>
        <w:rPr>
          <w:b w:val="0"/>
          <w:sz w:val="20"/>
        </w:rPr>
        <w:t>Patients are advised to follow up with their dental care provider regularly and to maintain appropriate oral hygiene and dental care to support overall health.</w:t>
      </w:r>
    </w:p>
    <w:p/>
    <w:p>
      <w:r>
        <w:rPr>
          <w:b/>
          <w:sz w:val="20"/>
        </w:rPr>
        <w:t>Legal Disclaimer:</w:t>
      </w:r>
    </w:p>
    <w:p>
      <w:r>
        <w:rPr>
          <w:b w:val="0"/>
          <w:sz w:val="20"/>
        </w:rPr>
        <w:t>This document is provided in good faith based on the professional judgment of the dentist. It is intended solely for use by authorized healthcare providers or entities involved in the patient's medical care. The issuing dentist accepts no liability for adverse outcomes resulting from reliance on this clearance without appropriate clinical correlation.</w:t>
      </w:r>
    </w:p>
    <w:p/>
    <w:p>
      <w:r>
        <w:rPr>
          <w:b/>
          <w:sz w:val="20"/>
        </w:rPr>
        <w:t>Certification and Signature:</w:t>
      </w:r>
    </w:p>
    <w:p>
      <w:r>
        <w:rPr>
          <w:b w:val="0"/>
          <w:sz w:val="20"/>
        </w:rPr>
        <w:t>I certify that the information provided herein is complete and accurate to the best of my knowledge and that this dental clearance complies with applicable standards of care under United States law.</w:t>
      </w:r>
    </w:p>
    <w:p/>
    <w:p/>
    <w:p>
      <w:r>
        <w:rPr>
          <w:b w:val="0"/>
          <w:sz w:val="20"/>
        </w:rPr>
        <w:t>Date of Examination: ________________________________________________</w:t>
      </w:r>
    </w:p>
    <w:p>
      <w:r>
        <w:rPr>
          <w:b w:val="0"/>
          <w:sz w:val="20"/>
        </w:rPr>
        <w:t>Signature of Dentist: _________________________________________________</w:t>
      </w:r>
    </w:p>
    <w:p>
      <w:r>
        <w:rPr>
          <w:b w:val="0"/>
          <w:sz w:val="20"/>
        </w:rPr>
        <w:t>Printed Name: ______________________________________________________</w:t>
      </w:r>
    </w:p>
    <w:p>
      <w:r>
        <w:rPr>
          <w:b w:val="0"/>
          <w:sz w:val="20"/>
        </w:rPr>
        <w:t>License Number: 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 / OFFICE STAFF</w:t>
            </w:r>
          </w:p>
        </w:tc>
        <w:tc>
          <w:tcPr>
            <w:tcW w:type="dxa" w:w="4986"/>
            <w:tcBorders>
              <w:top w:val="nil"/>
              <w:left w:val="nil"/>
              <w:bottom w:val="nil"/>
              <w:right w:val="nil"/>
              <w:insideH w:val="nil"/>
              <w:insideV w:val="nil"/>
            </w:tcBorders>
          </w:tcPr>
          <w:p>
            <w:pPr>
              <w:jc w:val="center"/>
            </w:pPr>
            <w:r>
              <w:t>PATIENT ACKNOWLEDGMENT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https://lettertemplate-us.com/dental-clearance-letter/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dental-clearanc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