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FORMAL DISCIPLINE LETTER</w:t>
      </w:r>
    </w:p>
    <w:p/>
    <w:p/>
    <w:p>
      <w:r>
        <w:rPr>
          <w:b/>
          <w:sz w:val="20"/>
        </w:rPr>
        <w:t>To:</w:t>
      </w:r>
    </w:p>
    <w:p>
      <w:r>
        <w:rPr>
          <w:b w:val="0"/>
          <w:sz w:val="20"/>
        </w:rPr>
        <w:t>Employee Name: ________________________________________________</w:t>
      </w:r>
    </w:p>
    <w:p>
      <w:r>
        <w:rPr>
          <w:b w:val="0"/>
          <w:sz w:val="20"/>
        </w:rPr>
        <w:t>Position: _____________________________________________________</w:t>
      </w:r>
    </w:p>
    <w:p>
      <w:r>
        <w:rPr>
          <w:b w:val="0"/>
          <w:sz w:val="20"/>
        </w:rPr>
        <w:t>Department: _________________________________________________</w:t>
      </w:r>
    </w:p>
    <w:p>
      <w:r>
        <w:rPr>
          <w:b w:val="0"/>
          <w:sz w:val="20"/>
        </w:rPr>
        <w:t>Employee ID: ________________________________________________</w:t>
      </w:r>
    </w:p>
    <w:p/>
    <w:p>
      <w:r>
        <w:rPr>
          <w:b/>
          <w:sz w:val="20"/>
        </w:rPr>
        <w:t>From:</w:t>
      </w:r>
    </w:p>
    <w:p>
      <w:r>
        <w:rPr>
          <w:b w:val="0"/>
          <w:sz w:val="20"/>
        </w:rPr>
        <w:t>Manager/Supervisor Name: _____________________________________</w:t>
      </w:r>
    </w:p>
    <w:p>
      <w:r>
        <w:rPr>
          <w:b w:val="0"/>
          <w:sz w:val="20"/>
        </w:rPr>
        <w:t>Position: _____________________________________________________</w:t>
      </w:r>
    </w:p>
    <w:p>
      <w:r>
        <w:rPr>
          <w:b w:val="0"/>
          <w:sz w:val="20"/>
        </w:rPr>
        <w:t>Department: _________________________________________________</w:t>
      </w:r>
    </w:p>
    <w:p/>
    <w:p/>
    <w:p>
      <w:pPr>
        <w:jc w:val="center"/>
      </w:pPr>
      <w:r>
        <w:rPr>
          <w:b/>
          <w:sz w:val="20"/>
        </w:rPr>
        <w:t>Subject: Formal Disciplinary Action</w:t>
      </w:r>
    </w:p>
    <w:p/>
    <w:p/>
    <w:p>
      <w:r>
        <w:rPr>
          <w:b w:val="0"/>
          <w:sz w:val="20"/>
        </w:rPr>
        <w:t>Dear Employee,</w:t>
      </w:r>
    </w:p>
    <w:p/>
    <w:p>
      <w:r>
        <w:rPr>
          <w:b w:val="0"/>
          <w:sz w:val="20"/>
        </w:rPr>
        <w:t>This letter serves as a formal notice regarding your conduct/performance as an employee of the Company. It is our obligation to inform you of the concerns that have been observed, outline the expectations for your improvement, and clarify the consequences should such issues continue.</w:t>
      </w:r>
    </w:p>
    <w:p/>
    <w:p>
      <w:r>
        <w:rPr>
          <w:b/>
          <w:sz w:val="20"/>
        </w:rPr>
        <w:t>1. Description of Incident/Performance Issue</w:t>
      </w:r>
    </w:p>
    <w:p>
      <w:r>
        <w:rPr>
          <w:b w:val="0"/>
          <w:sz w:val="20"/>
        </w:rPr>
        <w:t>On the occasion(s) outlined below, your actions/performance failed to meet the standards expected by the Company:</w:t>
      </w:r>
    </w:p>
    <w:p>
      <w:r>
        <w:rPr>
          <w:b w:val="0"/>
          <w:sz w:val="20"/>
        </w:rPr>
        <w:t>- Date(s) and time(s) of occurrence: ________________________________________________</w:t>
      </w:r>
    </w:p>
    <w:p>
      <w:r>
        <w:rPr>
          <w:b w:val="0"/>
          <w:sz w:val="20"/>
        </w:rPr>
        <w:t>- Description of incident(s) or performance deficiencies: ____________________________</w:t>
      </w:r>
    </w:p>
    <w:p>
      <w:r>
        <w:rPr>
          <w:b w:val="0"/>
          <w:sz w:val="20"/>
        </w:rPr>
        <w:t xml:space="preserve">  _______________________________________________________________________________</w:t>
      </w:r>
    </w:p>
    <w:p>
      <w:r>
        <w:rPr>
          <w:b w:val="0"/>
          <w:sz w:val="20"/>
        </w:rPr>
        <w:t xml:space="preserve">  _______________________________________________________________________________</w:t>
      </w:r>
    </w:p>
    <w:p/>
    <w:p>
      <w:r>
        <w:rPr>
          <w:b/>
          <w:sz w:val="20"/>
        </w:rPr>
        <w:t>2. Policy or Rule Violated</w:t>
      </w:r>
    </w:p>
    <w:p>
      <w:r>
        <w:rPr>
          <w:b w:val="0"/>
          <w:sz w:val="20"/>
        </w:rPr>
        <w:t>The following Company policies, procedures, or performance standards were violated:</w:t>
      </w:r>
    </w:p>
    <w:p>
      <w:r>
        <w:rPr>
          <w:b w:val="0"/>
          <w:sz w:val="20"/>
        </w:rPr>
        <w:t>- _______________________________________________________________________________</w:t>
      </w:r>
    </w:p>
    <w:p>
      <w:r>
        <w:rPr>
          <w:b w:val="0"/>
          <w:sz w:val="20"/>
        </w:rPr>
        <w:t>- _______________________________________________________________________________</w:t>
      </w:r>
    </w:p>
    <w:p/>
    <w:p>
      <w:r>
        <w:rPr>
          <w:b/>
          <w:sz w:val="20"/>
        </w:rPr>
        <w:t>3. Prior Warnings or Discussions</w:t>
      </w:r>
    </w:p>
    <w:p>
      <w:r>
        <w:rPr>
          <w:b w:val="0"/>
          <w:sz w:val="20"/>
        </w:rPr>
        <w:t>Previous attempts to address this issue include:</w:t>
      </w:r>
    </w:p>
    <w:p>
      <w:r>
        <w:rPr>
          <w:b w:val="0"/>
          <w:sz w:val="20"/>
        </w:rPr>
        <w:t>- Date(s) of prior verbal or written warnings: _____________________________________</w:t>
      </w:r>
    </w:p>
    <w:p>
      <w:r>
        <w:rPr>
          <w:b w:val="0"/>
          <w:sz w:val="20"/>
        </w:rPr>
        <w:t>- Summary of discussions or corrective actions provided: ___________________________</w:t>
      </w:r>
    </w:p>
    <w:p>
      <w:r>
        <w:rPr>
          <w:b w:val="0"/>
          <w:sz w:val="20"/>
        </w:rPr>
        <w:t xml:space="preserve">  _______________________________________________________________________________</w:t>
      </w:r>
    </w:p>
    <w:p/>
    <w:p>
      <w:r>
        <w:rPr>
          <w:b/>
          <w:sz w:val="20"/>
        </w:rPr>
        <w:t>4. Expectations and Required Improvements</w:t>
      </w:r>
    </w:p>
    <w:p>
      <w:r>
        <w:rPr>
          <w:b w:val="0"/>
          <w:sz w:val="20"/>
        </w:rPr>
        <w:t>You are expected to immediately and consistently demonstrate the following improvements:</w:t>
      </w:r>
    </w:p>
    <w:p>
      <w:r>
        <w:rPr>
          <w:b w:val="0"/>
          <w:sz w:val="20"/>
        </w:rPr>
        <w:t>- Specific behaviors or performance metrics to be met: _____________________________</w:t>
      </w:r>
    </w:p>
    <w:p>
      <w:r>
        <w:rPr>
          <w:b w:val="0"/>
          <w:sz w:val="20"/>
        </w:rPr>
        <w:t>- Compliance with all applicable Company policies and procedures.</w:t>
      </w:r>
    </w:p>
    <w:p>
      <w:r>
        <w:rPr>
          <w:b w:val="0"/>
          <w:sz w:val="20"/>
        </w:rPr>
        <w:t>- Cooperation with supervision and participation in any recommended training or coaching.</w:t>
      </w:r>
    </w:p>
    <w:p/>
    <w:p>
      <w:r>
        <w:rPr>
          <w:b/>
          <w:sz w:val="20"/>
        </w:rPr>
        <w:t>5. Timeline for Improvement</w:t>
      </w:r>
    </w:p>
    <w:p>
      <w:r>
        <w:rPr>
          <w:b w:val="0"/>
          <w:sz w:val="20"/>
        </w:rPr>
        <w:t>The Company expects to see immediate correction of the issues identified, with measurable improvement to be demonstrated within the next ______________ (days/weeks). Failure to meet these expectations may result in further disciplinary action, up to and including termination of employment.</w:t>
      </w:r>
    </w:p>
    <w:p/>
    <w:p>
      <w:r>
        <w:rPr>
          <w:b/>
          <w:sz w:val="20"/>
        </w:rPr>
        <w:t>6. Consequences of Failure to Improve</w:t>
      </w:r>
    </w:p>
    <w:p>
      <w:r>
        <w:rPr>
          <w:b w:val="0"/>
          <w:sz w:val="20"/>
        </w:rPr>
        <w:t>Failure to improve your conduct or performance as outlined in this letter may result in additional disciplinary measures, including but not limited to suspension, demotion, or termination of employment.</w:t>
      </w:r>
    </w:p>
    <w:p/>
    <w:p>
      <w:r>
        <w:rPr>
          <w:b/>
          <w:sz w:val="20"/>
        </w:rPr>
        <w:t>7. Employee Acknowledgment and Response</w:t>
      </w:r>
    </w:p>
    <w:p>
      <w:r>
        <w:rPr>
          <w:b w:val="0"/>
          <w:sz w:val="20"/>
        </w:rPr>
        <w:t>You are encouraged to provide your written response to this disciplinary action below or attach a separate statement. Your acknowledgment of this letter does not necessarily indicate agreement but confirms that you have received and reviewed its contents.</w:t>
      </w:r>
    </w:p>
    <w:p/>
    <w:p/>
    <w:p>
      <w:r>
        <w:rPr>
          <w:b/>
          <w:sz w:val="20"/>
        </w:rPr>
        <w:t>Employee Comments:</w:t>
      </w:r>
    </w:p>
    <w:p>
      <w:r>
        <w:rPr>
          <w:b w:val="0"/>
          <w:sz w:val="20"/>
        </w:rPr>
        <w:t>________________________________________________________________________________</w:t>
      </w:r>
    </w:p>
    <w:p>
      <w:r>
        <w:rPr>
          <w:b w:val="0"/>
          <w:sz w:val="20"/>
        </w:rPr>
        <w:t>________________________________________________________________________________</w:t>
      </w:r>
    </w:p>
    <w:p>
      <w:r>
        <w:rPr>
          <w:b w:val="0"/>
          <w:sz w:val="20"/>
        </w:rPr>
        <w:t>________________________________________________________________________________</w:t>
      </w:r>
    </w:p>
    <w:p/>
    <w:p/>
    <w:p>
      <w:r>
        <w:rPr>
          <w:b w:val="0"/>
          <w:sz w:val="20"/>
        </w:rPr>
        <w:t>If you have any questions regarding this letter or the expectations herein, please do not hesitate to contact your supervisor or Human Resources.</w:t>
      </w:r>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Supervisor/Manager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  Date: _______________</w:t>
            </w:r>
          </w:p>
        </w:tc>
        <w:tc>
          <w:tcPr>
            <w:tcW w:type="dxa" w:w="4986"/>
            <w:tcBorders>
              <w:top w:val="nil"/>
              <w:left w:val="nil"/>
              <w:bottom w:val="nil"/>
              <w:right w:val="nil"/>
              <w:insideH w:val="nil"/>
              <w:insideV w:val="nil"/>
            </w:tcBorders>
          </w:tcPr>
          <w:p>
            <w:pPr>
              <w:jc w:val="center"/>
            </w:pPr>
            <w:r>
              <w:t>Name: ________________________________  Date: 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https://lettertemplate-us.com/discipline-letter/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disciplin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