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DOCTOR ALLERGY LETTER</w:t>
      </w:r>
    </w:p>
    <w:p/>
    <w:p>
      <w:r>
        <w:rPr>
          <w:b/>
          <w:sz w:val="20"/>
        </w:rPr>
        <w:t>Doctor Information:</w:t>
      </w:r>
    </w:p>
    <w:p>
      <w:r>
        <w:rPr>
          <w:b w:val="0"/>
          <w:sz w:val="20"/>
        </w:rPr>
        <w:t>Full Name: ____________________________________________________________</w:t>
      </w:r>
    </w:p>
    <w:p>
      <w:r>
        <w:rPr>
          <w:b w:val="0"/>
          <w:sz w:val="20"/>
        </w:rPr>
        <w:t>Medical License Number: 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Patient Information:</w:t>
      </w:r>
    </w:p>
    <w:p>
      <w:r>
        <w:rPr>
          <w:b w:val="0"/>
          <w:sz w:val="20"/>
        </w:rPr>
        <w:t>Full Name: ____________________________________________________________</w:t>
      </w:r>
    </w:p>
    <w:p>
      <w:r>
        <w:rPr>
          <w:b w:val="0"/>
          <w:sz w:val="20"/>
        </w:rPr>
        <w:t>Date of Birth: 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Allergy Diagnosis and Details:</w:t>
      </w:r>
    </w:p>
    <w:p>
      <w:r>
        <w:rPr>
          <w:b w:val="0"/>
          <w:sz w:val="20"/>
        </w:rPr>
        <w:t>Diagnosis: ____________________________________________________________</w:t>
      </w:r>
    </w:p>
    <w:p>
      <w:r>
        <w:rPr>
          <w:b w:val="0"/>
          <w:sz w:val="20"/>
        </w:rPr>
        <w:t>Allergen(s): _________________________________________________________</w:t>
      </w:r>
    </w:p>
    <w:p>
      <w:r>
        <w:rPr>
          <w:b w:val="0"/>
          <w:sz w:val="20"/>
        </w:rPr>
        <w:t>Severity of Allergy: ___________________________________________________</w:t>
      </w:r>
    </w:p>
    <w:p>
      <w:r>
        <w:rPr>
          <w:b w:val="0"/>
          <w:sz w:val="20"/>
        </w:rPr>
        <w:t>History of Reactions: _________________________________________________</w:t>
      </w:r>
    </w:p>
    <w:p>
      <w:r>
        <w:rPr>
          <w:b w:val="0"/>
          <w:sz w:val="20"/>
        </w:rPr>
        <w:t>Symptoms: ____________________________________________________________</w:t>
      </w:r>
    </w:p>
    <w:p>
      <w:r>
        <w:rPr>
          <w:b w:val="0"/>
          <w:sz w:val="20"/>
        </w:rPr>
        <w:t>Medications Prescribed: _______________________________________________</w:t>
      </w:r>
    </w:p>
    <w:p>
      <w:r>
        <w:rPr>
          <w:b w:val="0"/>
          <w:sz w:val="20"/>
        </w:rPr>
        <w:t>Recommended Emergency Measures: _____________________________________</w:t>
      </w:r>
    </w:p>
    <w:p/>
    <w:p>
      <w:r>
        <w:rPr>
          <w:b/>
          <w:sz w:val="20"/>
        </w:rPr>
        <w:t>Purpose of Letter:</w:t>
      </w:r>
    </w:p>
    <w:p>
      <w:r>
        <w:rPr>
          <w:b w:val="0"/>
          <w:sz w:val="20"/>
        </w:rPr>
        <w:t>This letter serves to confirm that the above-named patient has been diagnosed with the allergies specified herein. It is intended to inform relevant parties, such as schools, employers, or travel authorities, of the patient's allergies and required accommodations or emergency actions.</w:t>
      </w:r>
    </w:p>
    <w:p/>
    <w:p>
      <w:r>
        <w:rPr>
          <w:b/>
          <w:sz w:val="20"/>
        </w:rPr>
        <w:t>Recommended Accommodations:</w:t>
      </w:r>
    </w:p>
    <w:p>
      <w:r>
        <w:rPr>
          <w:b w:val="0"/>
          <w:sz w:val="20"/>
        </w:rPr>
        <w:t>The patient requires the following accommodations to safely manage their allergies:</w:t>
      </w:r>
    </w:p>
    <w:p>
      <w:r>
        <w:rPr>
          <w:b w:val="0"/>
          <w:sz w:val="20"/>
        </w:rPr>
        <w:t>- _________________________________________________________________</w:t>
      </w:r>
    </w:p>
    <w:p>
      <w:r>
        <w:rPr>
          <w:b w:val="0"/>
          <w:sz w:val="20"/>
        </w:rPr>
        <w:t>- _________________________________________________________________</w:t>
      </w:r>
    </w:p>
    <w:p>
      <w:r>
        <w:rPr>
          <w:b w:val="0"/>
          <w:sz w:val="20"/>
        </w:rPr>
        <w:t>- _________________________________________________________________</w:t>
      </w:r>
    </w:p>
    <w:p/>
    <w:p>
      <w:r>
        <w:rPr>
          <w:b/>
          <w:sz w:val="20"/>
        </w:rPr>
        <w:t>Emergency Protocol:</w:t>
      </w:r>
    </w:p>
    <w:p>
      <w:r>
        <w:rPr>
          <w:b w:val="0"/>
          <w:sz w:val="20"/>
        </w:rPr>
        <w:t>In the event of an allergic reaction, the following protocol should be followed immediately:</w:t>
      </w:r>
    </w:p>
    <w:p>
      <w:r>
        <w:rPr>
          <w:b w:val="0"/>
          <w:sz w:val="20"/>
        </w:rPr>
        <w:t>1. _________________________________________________________________</w:t>
      </w:r>
    </w:p>
    <w:p>
      <w:r>
        <w:rPr>
          <w:b w:val="0"/>
          <w:sz w:val="20"/>
        </w:rPr>
        <w:t>2. _________________________________________________________________</w:t>
      </w:r>
    </w:p>
    <w:p>
      <w:r>
        <w:rPr>
          <w:b w:val="0"/>
          <w:sz w:val="20"/>
        </w:rPr>
        <w:t>3. _________________________________________________________________</w:t>
      </w:r>
    </w:p>
    <w:p>
      <w:r>
        <w:rPr>
          <w:b w:val="0"/>
          <w:sz w:val="20"/>
        </w:rPr>
        <w:t>4. Administer prescribed medication(s) as indicated.</w:t>
      </w:r>
    </w:p>
    <w:p>
      <w:r>
        <w:rPr>
          <w:b w:val="0"/>
          <w:sz w:val="20"/>
        </w:rPr>
        <w:t>5. Seek emergency medical assistance without delay.</w:t>
      </w:r>
    </w:p>
    <w:p/>
    <w:p>
      <w:r>
        <w:rPr>
          <w:b/>
          <w:sz w:val="20"/>
        </w:rPr>
        <w:t>Legal and Privacy Statement:</w:t>
      </w:r>
    </w:p>
    <w:p>
      <w:r>
        <w:rPr>
          <w:b w:val="0"/>
          <w:sz w:val="20"/>
        </w:rPr>
        <w:t>This letter and the information contained herein are confidential and intended solely for the use of the recipient(s). Disclosure or misuse of the information without proper authorization is prohibited and may be subject to legal action. This letter is issued in compliance with applicable United States laws, including HIPAA regulations governing patient privacy and medical information.</w:t>
      </w:r>
    </w:p>
    <w:p/>
    <w:p>
      <w:r>
        <w:rPr>
          <w:b/>
          <w:sz w:val="20"/>
        </w:rPr>
        <w:t>Validity and Review:</w:t>
      </w:r>
    </w:p>
    <w:p>
      <w:r>
        <w:rPr>
          <w:b w:val="0"/>
          <w:sz w:val="20"/>
        </w:rPr>
        <w:t>This allergy letter remains valid until superseded by an updated medical evaluation. The patient should undergo periodic review with their healthcare provider to assess the status of the allergy and any changes in management.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Doctor's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Date: _____________________________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Medical License No.: 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https://lettertemplate-us.com/doctor-allergy-letter/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doctor-allergy-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