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DONATION RECEIPT LETTER</w:t>
      </w:r>
    </w:p>
    <w:p/>
    <w:p/>
    <w:p>
      <w:r>
        <w:rPr>
          <w:b/>
          <w:sz w:val="22"/>
        </w:rPr>
        <w:t>Donor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City, State, ZIP: 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/>
    <w:p>
      <w:r>
        <w:rPr>
          <w:b/>
          <w:sz w:val="22"/>
        </w:rPr>
        <w:t>Donee (Charitable Organization) Information:</w:t>
      </w:r>
    </w:p>
    <w:p>
      <w:r>
        <w:rPr>
          <w:b w:val="0"/>
          <w:sz w:val="20"/>
        </w:rPr>
        <w:t>Organization Name: 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City, State, ZIP: 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Employer Identification Number (EIN): _________________________________</w:t>
      </w:r>
    </w:p>
    <w:p/>
    <w:p/>
    <w:p>
      <w:r>
        <w:rPr>
          <w:b/>
          <w:sz w:val="22"/>
        </w:rPr>
        <w:t>Donation Details:</w:t>
      </w:r>
    </w:p>
    <w:p>
      <w:r>
        <w:rPr>
          <w:b w:val="0"/>
          <w:sz w:val="20"/>
        </w:rPr>
        <w:t>Description of Donation: 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Fair Market Value of Donation: $_____________________</w:t>
      </w:r>
    </w:p>
    <w:p>
      <w:r>
        <w:rPr>
          <w:b w:val="0"/>
          <w:sz w:val="20"/>
        </w:rPr>
        <w:t>Method of Donation (e.g., check, cash, property): _______________________</w:t>
      </w:r>
    </w:p>
    <w:p/>
    <w:p/>
    <w:p>
      <w:r>
        <w:rPr>
          <w:b/>
          <w:sz w:val="22"/>
        </w:rPr>
        <w:t>Receipt Acknowledgement:</w:t>
      </w:r>
    </w:p>
    <w:p>
      <w:r>
        <w:rPr>
          <w:b w:val="0"/>
          <w:sz w:val="20"/>
        </w:rPr>
        <w:t>This letter acknowledges that the Donee listed above received the described donation from the Donor listed above.</w:t>
      </w:r>
    </w:p>
    <w:p>
      <w:r>
        <w:rPr>
          <w:b w:val="0"/>
          <w:sz w:val="20"/>
        </w:rPr>
        <w:t>No goods or services were provided in exchange for this donation, except as described below: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 w:val="0"/>
          <w:sz w:val="20"/>
        </w:rPr>
        <w:t>If goods or services were provided, their estimated value is: $_____________________.</w:t>
      </w:r>
    </w:p>
    <w:p/>
    <w:p/>
    <w:p>
      <w:r>
        <w:rPr>
          <w:b/>
          <w:sz w:val="22"/>
        </w:rPr>
        <w:t>Tax Information and Disclaimer:</w:t>
      </w:r>
    </w:p>
    <w:p>
      <w:r>
        <w:rPr>
          <w:b w:val="0"/>
          <w:sz w:val="20"/>
        </w:rPr>
        <w:t>The Donee is a tax-exempt organization under Section 501(c)(3) of the Internal Revenue Code. This donation qualifies as a charitable contribution for federal income tax purposes to the extent allowed by law.</w:t>
      </w:r>
    </w:p>
    <w:p>
      <w:r>
        <w:rPr>
          <w:b w:val="0"/>
          <w:sz w:val="20"/>
        </w:rPr>
        <w:t>The Donor should consult a tax advisor to determine the tax deductibility of this donation.</w:t>
      </w:r>
    </w:p>
    <w:p/>
    <w:p/>
    <w:p>
      <w:r>
        <w:rPr>
          <w:b/>
          <w:sz w:val="22"/>
        </w:rPr>
        <w:t>Additional Statements:</w:t>
      </w:r>
    </w:p>
    <w:p>
      <w:r>
        <w:rPr>
          <w:b w:val="0"/>
          <w:sz w:val="20"/>
        </w:rPr>
        <w:t>The Donor certifies that the donated property (if applicable) was owned by the Donor at the time of donation and that the Donor has full authority to make this donation.</w:t>
      </w:r>
    </w:p>
    <w:p>
      <w:r>
        <w:rPr>
          <w:b w:val="0"/>
          <w:sz w:val="20"/>
        </w:rPr>
        <w:t>The Donor also certifies that the information provided herein is accurate and complete to the best of their knowledge.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DONOR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AUTHORIZED REPRESENTATIVE OF DONEE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</w:t>
            </w:r>
          </w:p>
        </w:tc>
      </w:tr>
    </w:tbl>
    <w:p/>
    <w:p/>
    <w:p>
      <w:pPr>
        <w:jc w:val="center"/>
      </w:pPr>
      <w:r>
        <w:rPr>
          <w:b w:val="0"/>
          <w:sz w:val="20"/>
        </w:rPr>
        <w:t>For questions regarding this receipt, please contact the Donee organization at the phone number or email provided above.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https://lettertemplate-us.com/donation-receipt-letter/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donation-receipt-lette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