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EAGLE SCOUT LETTER OF RECOMMENDATION</w:t>
      </w:r>
    </w:p>
    <w:p/>
    <w:p/>
    <w:p>
      <w:r>
        <w:rPr>
          <w:b w:val="0"/>
          <w:sz w:val="20"/>
        </w:rPr>
        <w:t>To Whom It May Concern:</w:t>
      </w:r>
    </w:p>
    <w:p/>
    <w:p>
      <w:r>
        <w:rPr>
          <w:b w:val="0"/>
          <w:sz w:val="20"/>
        </w:rPr>
        <w:t>I am honored to write this letter of recommendation for the Scout named below who is seeking the rank of Eagle Scout, the highest achievement in the Boy Scouts of America program. This letter reflects my personal knowledge of the Scout's character, leadership, and dedication to the ideals of Scouting.</w:t>
      </w:r>
    </w:p>
    <w:p/>
    <w:p>
      <w:r>
        <w:rPr>
          <w:b/>
          <w:sz w:val="20"/>
        </w:rPr>
        <w:t>Scout Information:</w:t>
      </w:r>
    </w:p>
    <w:p>
      <w:r>
        <w:rPr>
          <w:b w:val="0"/>
          <w:sz w:val="20"/>
        </w:rPr>
        <w:t>Full Name: ____________________________________________________________</w:t>
      </w:r>
    </w:p>
    <w:p>
      <w:r>
        <w:rPr>
          <w:b w:val="0"/>
          <w:sz w:val="20"/>
        </w:rPr>
        <w:t>Troop Number: _________________________________________________________</w:t>
      </w:r>
    </w:p>
    <w:p>
      <w:r>
        <w:rPr>
          <w:b w:val="0"/>
          <w:sz w:val="20"/>
        </w:rPr>
        <w:t>Council Name: _________________________________________________________</w:t>
      </w:r>
    </w:p>
    <w:p>
      <w:r>
        <w:rPr>
          <w:b w:val="0"/>
          <w:sz w:val="20"/>
        </w:rPr>
        <w:t>District Name: ________________________________________________________</w:t>
      </w:r>
    </w:p>
    <w:p/>
    <w:p>
      <w:r>
        <w:rPr>
          <w:b/>
          <w:sz w:val="20"/>
        </w:rPr>
        <w:t>Recommender Information:</w:t>
      </w:r>
    </w:p>
    <w:p>
      <w:r>
        <w:rPr>
          <w:b w:val="0"/>
          <w:sz w:val="20"/>
        </w:rPr>
        <w:t>Full Name: ____________________________________________________________</w:t>
      </w:r>
    </w:p>
    <w:p>
      <w:r>
        <w:rPr>
          <w:b w:val="0"/>
          <w:sz w:val="20"/>
        </w:rPr>
        <w:t>Relationship to Scout: 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Recommendation:</w:t>
      </w:r>
    </w:p>
    <w:p>
      <w:r>
        <w:rPr>
          <w:b w:val="0"/>
          <w:sz w:val="20"/>
        </w:rPr>
        <w:t>I have had the privilege of knowing this Scout and have observed firsthand the qualities that make an outstanding Eagle Scout candidate. The Scout exhibits exemplary character, demonstrates leadership skills on and off the trail, and consistently lives by the Scout Oath and Law. The Scout has shown a commitment to service through significant community involvement and the successful completion of an Eagle Scout service project that reflects dedication, planning, and positive impact.</w:t>
      </w:r>
    </w:p>
    <w:p/>
    <w:p>
      <w:r>
        <w:rPr>
          <w:b w:val="0"/>
          <w:sz w:val="20"/>
        </w:rPr>
        <w:t>Throughout my interactions, the Scout has consistently displayed respect, responsibility, and a willingness to help others. Their ability to inspire peers and contribute meaningfully to the Troop and community exemplifies the spirit of Scouting.</w:t>
      </w:r>
    </w:p>
    <w:p/>
    <w:p>
      <w:r>
        <w:rPr>
          <w:b w:val="0"/>
          <w:sz w:val="20"/>
        </w:rPr>
        <w:t>Based on my knowledge and experience, I confidently recommend this Scout for the rank of Eagle Scout. I believe they will uphold the high standards of the rank and continue to serve as a role model within Scouting and the broader community.</w:t>
      </w:r>
    </w:p>
    <w:p/>
    <w:p/>
    <w:p>
      <w:r>
        <w:rPr>
          <w:b w:val="0"/>
          <w:sz w:val="20"/>
        </w:rPr>
        <w:t>I affirm that the statements made in this letter are true to the best of my knowledge and that this recommendation is made without reservation.</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Recommender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_________________________________</w:t>
            </w:r>
          </w:p>
        </w:tc>
        <w:tc>
          <w:tcPr>
            <w:tcW w:type="dxa" w:w="4986"/>
            <w:tcBorders>
              <w:top w:val="nil"/>
              <w:left w:val="nil"/>
              <w:bottom w:val="nil"/>
              <w:right w:val="nil"/>
              <w:insideH w:val="nil"/>
              <w:insideV w:val="nil"/>
            </w:tcBorders>
          </w:tcPr>
          <w:p>
            <w:pPr>
              <w:jc w:val="center"/>
            </w:pPr>
            <w:r>
              <w:t>_________________________</w:t>
            </w:r>
          </w:p>
        </w:tc>
      </w:tr>
      <w:tr>
        <w:tc>
          <w:tcPr>
            <w:tcW w:type="dxa" w:w="4986"/>
            <w:tcBorders>
              <w:top w:val="nil"/>
              <w:left w:val="nil"/>
              <w:bottom w:val="nil"/>
              <w:right w:val="nil"/>
              <w:insideH w:val="nil"/>
              <w:insideV w:val="nil"/>
            </w:tcBorders>
          </w:tcPr>
          <w:p>
            <w:pPr>
              <w:jc w:val="center"/>
            </w:pPr>
            <w:r>
              <w:t>Printed Name: __________________________________________</w:t>
            </w:r>
          </w:p>
        </w:tc>
        <w:tc>
          <w:tcPr>
            <w:tcW w:type="dxa" w:w="4986"/>
            <w:tcBorders>
              <w:top w:val="nil"/>
              <w:left w:val="nil"/>
              <w:bottom w:val="nil"/>
              <w:right w:val="nil"/>
              <w:insideH w:val="nil"/>
              <w:insideV w:val="nil"/>
            </w:tcBorders>
          </w:tcPr>
          <w:p>
            <w:pPr>
              <w:jc w:val="center"/>
            </w:pPr>
            <w:r>
              <w:t>Phone or Email: ________________________________________</w:t>
            </w:r>
          </w:p>
        </w:tc>
      </w:tr>
    </w:tbl>
    <w:p/>
    <w:p/>
    <w:p>
      <w:r>
        <w:rPr>
          <w:b/>
          <w:sz w:val="20"/>
        </w:rPr>
        <w:t>Confidentiality Notice:</w:t>
      </w:r>
    </w:p>
    <w:p>
      <w:r>
        <w:rPr>
          <w:b w:val="0"/>
          <w:sz w:val="20"/>
        </w:rPr>
        <w:t>This letter is intended solely for the use of the Eagle Scout Board of Review and related Scouting officials. Disclosure or distribution to unauthorized persons is prohibited.</w:t>
      </w:r>
    </w:p>
    <w:p/>
    <w:p>
      <w:r>
        <w:rPr>
          <w:b/>
          <w:sz w:val="20"/>
        </w:rPr>
        <w:t>Legal Compliance:</w:t>
      </w:r>
    </w:p>
    <w:p>
      <w:r>
        <w:rPr>
          <w:b w:val="0"/>
          <w:sz w:val="20"/>
        </w:rPr>
        <w:t>This recommendation complies with all applicable United States laws and Boy Scouts of America policies governing confidentiality, non-discrimination, and ethical conduct.</w:t>
      </w:r>
    </w:p>
    <w:p/>
    <w:p>
      <w:r>
        <w:rPr>
          <w:b w:val="0"/>
          <w:sz w:val="20"/>
        </w:rPr>
        <w:t>Thank you for considering this recommendation. Please contact me if further information is required.</w:t>
      </w:r>
    </w:p>
    <w:p/>
    <w:p/>
    <w:p>
      <w:r>
        <w:rPr>
          <w:b w:val="0"/>
          <w:sz w:val="20"/>
        </w:rPr>
        <w:t>Sincerely,</w:t>
      </w:r>
    </w:p>
    <w:p/>
    <w:p/>
    <w:p/>
    <w:p/>
    <w:p>
      <w:r>
        <w:rPr>
          <w:b w:val="0"/>
          <w:sz w:val="20"/>
        </w:rPr>
        <w:t>____________________________________________________</w:t>
      </w:r>
    </w:p>
    <w:p>
      <w:r>
        <w:rPr>
          <w:b w:val="0"/>
          <w:sz w:val="20"/>
        </w:rPr>
        <w:t>Recommender's Printed Name and Signature</w:t>
      </w:r>
    </w:p>
    <w:p/>
    <w:p/>
    <w:p>
      <w:r>
        <w:br w:type="page"/>
      </w:r>
    </w:p>
    <w:p>
      <w:pPr>
        <w:jc w:val="center"/>
      </w:pPr>
      <w:r>
        <w:rPr>
          <w:color w:val="555555"/>
          <w:sz w:val="24"/>
        </w:rPr>
        <w:t>Original source of this document:</w:t>
      </w:r>
    </w:p>
    <w:p>
      <w:pPr>
        <w:jc w:val="center"/>
      </w:pPr>
      <w:hyperlink r:id="rId9">
        <w:r>
          <w:rPr>
            <w:color w:val="0000FF"/>
            <w:u w:val="single"/>
          </w:rPr>
          <w:t>https://lettertemplate-us.com/eagle-scout-letter-of-recommendation/</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eagle-scout-letter-of-recommendation/"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