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OF THE MONTH AWARD LETTER</w:t>
      </w:r>
    </w:p>
    <w:p/>
    <w:p/>
    <w:p>
      <w:r>
        <w:rPr>
          <w:b/>
          <w:sz w:val="22"/>
        </w:rPr>
        <w:t>To:</w:t>
      </w:r>
    </w:p>
    <w:p>
      <w:r>
        <w:rPr>
          <w:b w:val="0"/>
          <w:sz w:val="20"/>
        </w:rPr>
        <w:t>Employee Name: _________________________________________________</w:t>
      </w:r>
    </w:p>
    <w:p>
      <w:r>
        <w:rPr>
          <w:b w:val="0"/>
          <w:sz w:val="20"/>
        </w:rPr>
        <w:t>Department: ____________________________________________________</w:t>
      </w:r>
    </w:p>
    <w:p>
      <w:r>
        <w:rPr>
          <w:b w:val="0"/>
          <w:sz w:val="20"/>
        </w:rPr>
        <w:t>Position: ______________________________________________________</w:t>
      </w:r>
    </w:p>
    <w:p/>
    <w:p>
      <w:r>
        <w:rPr>
          <w:b/>
          <w:sz w:val="22"/>
        </w:rPr>
        <w:t>From:</w:t>
      </w:r>
    </w:p>
    <w:p>
      <w:r>
        <w:rPr>
          <w:b w:val="0"/>
          <w:sz w:val="20"/>
        </w:rPr>
        <w:t>Company Name: _________________________________________________</w:t>
      </w:r>
    </w:p>
    <w:p>
      <w:r>
        <w:rPr>
          <w:b w:val="0"/>
          <w:sz w:val="20"/>
        </w:rPr>
        <w:t>Manager/Supervisor: ___________________________________________</w:t>
      </w:r>
    </w:p>
    <w:p/>
    <w:p/>
    <w:p>
      <w:r>
        <w:rPr>
          <w:b/>
          <w:sz w:val="22"/>
        </w:rPr>
        <w:t>Subject: Employee of the Month Recognition</w:t>
      </w:r>
    </w:p>
    <w:p/>
    <w:p>
      <w:r>
        <w:rPr>
          <w:b w:val="0"/>
          <w:sz w:val="20"/>
        </w:rPr>
        <w:t>Dear Employee,</w:t>
      </w:r>
    </w:p>
    <w:p/>
    <w:p>
      <w:r>
        <w:rPr>
          <w:b w:val="0"/>
          <w:sz w:val="20"/>
        </w:rPr>
        <w:t>We are pleased to inform you that you have been selected as the Employee of the Month for your outstanding performance, dedication, and exemplary conduct. This award recognizes your significant contributions to the company and your positive impact on your team and work environment.</w:t>
      </w:r>
    </w:p>
    <w:p/>
    <w:p>
      <w:r>
        <w:rPr>
          <w:b/>
          <w:sz w:val="22"/>
        </w:rPr>
        <w:t>Recognition Details:</w:t>
      </w:r>
    </w:p>
    <w:p>
      <w:r>
        <w:rPr>
          <w:b w:val="0"/>
          <w:sz w:val="20"/>
        </w:rPr>
        <w:t>• Award Period: _________________________________________________</w:t>
      </w:r>
    </w:p>
    <w:p>
      <w:r>
        <w:rPr>
          <w:b w:val="0"/>
          <w:sz w:val="20"/>
        </w:rPr>
        <w:t>• Reason for Award: _____________________________________________</w:t>
      </w:r>
    </w:p>
    <w:p>
      <w:r>
        <w:rPr>
          <w:b w:val="0"/>
          <w:sz w:val="20"/>
        </w:rPr>
        <w:t xml:space="preserve">  _______________________________________________________________</w:t>
      </w:r>
    </w:p>
    <w:p>
      <w:r>
        <w:rPr>
          <w:b w:val="0"/>
          <w:sz w:val="20"/>
        </w:rPr>
        <w:t xml:space="preserve">  _______________________________________________________________</w:t>
      </w:r>
    </w:p>
    <w:p/>
    <w:p>
      <w:r>
        <w:rPr>
          <w:b/>
          <w:sz w:val="22"/>
        </w:rPr>
        <w:t>Award Benefits:</w:t>
      </w:r>
    </w:p>
    <w:p>
      <w:r>
        <w:rPr>
          <w:b w:val="0"/>
          <w:sz w:val="20"/>
        </w:rPr>
        <w:t>As part of this recognition, you will receive the following benefits:</w:t>
      </w:r>
    </w:p>
    <w:p>
      <w:r>
        <w:rPr>
          <w:b w:val="0"/>
          <w:sz w:val="20"/>
        </w:rPr>
        <w:t>• Certificate of Recognition</w:t>
      </w:r>
    </w:p>
    <w:p>
      <w:r>
        <w:rPr>
          <w:b w:val="0"/>
          <w:sz w:val="20"/>
        </w:rPr>
        <w:t>• Monetary Bonus (if applicable): _________________________________</w:t>
      </w:r>
    </w:p>
    <w:p>
      <w:r>
        <w:rPr>
          <w:b w:val="0"/>
          <w:sz w:val="20"/>
        </w:rPr>
        <w:t>• Additional Paid Time Off: ______________________________________</w:t>
      </w:r>
    </w:p>
    <w:p>
      <w:r>
        <w:rPr>
          <w:b w:val="0"/>
          <w:sz w:val="20"/>
        </w:rPr>
        <w:t>• Parking Privileges (if applicable): _____________________________</w:t>
      </w:r>
    </w:p>
    <w:p>
      <w:r>
        <w:rPr>
          <w:b w:val="0"/>
          <w:sz w:val="20"/>
        </w:rPr>
        <w:t>• Other Benefits: _______________________________________________</w:t>
      </w:r>
    </w:p>
    <w:p>
      <w:r>
        <w:rPr>
          <w:b w:val="0"/>
          <w:sz w:val="20"/>
        </w:rPr>
        <w:t xml:space="preserve">  _______________________________________________________________</w:t>
      </w:r>
    </w:p>
    <w:p/>
    <w:p>
      <w:r>
        <w:rPr>
          <w:b/>
          <w:sz w:val="22"/>
        </w:rPr>
        <w:t>Terms and Conditions:</w:t>
      </w:r>
    </w:p>
    <w:p>
      <w:r>
        <w:rPr>
          <w:b w:val="0"/>
          <w:sz w:val="20"/>
        </w:rPr>
        <w:t>1. This award is granted based on performance metrics and managerial discretion.</w:t>
      </w:r>
    </w:p>
    <w:p>
      <w:r>
        <w:rPr>
          <w:b w:val="0"/>
          <w:sz w:val="20"/>
        </w:rPr>
        <w:t>2. The award is for the specified period and does not imply any change in employment terms or status.</w:t>
      </w:r>
    </w:p>
    <w:p>
      <w:r>
        <w:rPr>
          <w:b w:val="0"/>
          <w:sz w:val="20"/>
        </w:rPr>
        <w:t>3. Any monetary bonus or additional benefits are subject to applicable taxes and company policies.</w:t>
      </w:r>
    </w:p>
    <w:p>
      <w:r>
        <w:rPr>
          <w:b w:val="0"/>
          <w:sz w:val="20"/>
        </w:rPr>
        <w:t>4. The Company reserves the right to revoke or modify the award in case of misconduct or violation of company policies.</w:t>
      </w:r>
    </w:p>
    <w:p>
      <w:r>
        <w:rPr>
          <w:b w:val="0"/>
          <w:sz w:val="20"/>
        </w:rPr>
        <w:t>5. This letter and the award do not constitute a guarantee of continued employment or promotion.</w:t>
      </w:r>
    </w:p>
    <w:p/>
    <w:p>
      <w:r>
        <w:rPr>
          <w:b/>
          <w:sz w:val="22"/>
        </w:rPr>
        <w:t>Acknowledgment:</w:t>
      </w:r>
    </w:p>
    <w:p>
      <w:r>
        <w:rPr>
          <w:b w:val="0"/>
          <w:sz w:val="20"/>
        </w:rPr>
        <w:t>Please acknowledge receipt of this award letter by signing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Manager/Supervisor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Thank you for your hard work, commitment, and continued excellence.</w:t>
      </w:r>
    </w:p>
    <w:p/>
    <w:p>
      <w:r>
        <w:rPr>
          <w:b/>
          <w:sz w:val="20"/>
        </w:rPr>
        <w:t>Sincerely,</w:t>
      </w:r>
    </w:p>
    <w:p/>
    <w:p/>
    <w:p/>
    <w:p>
      <w:r>
        <w:rPr>
          <w:b w:val="0"/>
          <w:sz w:val="20"/>
        </w:rPr>
        <w:t>___________________________________</w:t>
      </w:r>
    </w:p>
    <w:p>
      <w:r>
        <w:rPr>
          <w:b w:val="0"/>
          <w:sz w:val="20"/>
        </w:rPr>
        <w:t>Manager/Supervisor Name and Title</w:t>
      </w:r>
    </w:p>
    <w:p>
      <w:r>
        <w:br w:type="page"/>
      </w:r>
    </w:p>
    <w:p>
      <w:pPr>
        <w:jc w:val="center"/>
      </w:pPr>
      <w:r>
        <w:rPr>
          <w:color w:val="555555"/>
          <w:sz w:val="24"/>
        </w:rPr>
        <w:t>Original source of this document:</w:t>
      </w:r>
    </w:p>
    <w:p>
      <w:pPr>
        <w:jc w:val="center"/>
      </w:pPr>
      <w:hyperlink r:id="rId9">
        <w:r>
          <w:rPr>
            <w:color w:val="0000FF"/>
            <w:u w:val="single"/>
          </w:rPr>
          <w:t>https://lettertemplate-us.com/employee-of-the-month-letter/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employee-of-the-month-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