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EMPLOYEE RELOCATION LETTER</w:t>
      </w:r>
    </w:p>
    <w:p/>
    <w:p/>
    <w:p>
      <w:r>
        <w:rPr>
          <w:b/>
          <w:sz w:val="20"/>
        </w:rPr>
        <w:t>Employer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Employee Information:</w:t>
      </w:r>
    </w:p>
    <w:p>
      <w:r>
        <w:rPr>
          <w:b w:val="0"/>
          <w:sz w:val="20"/>
        </w:rPr>
        <w:t>Full Name: ______________________________________________________________</w:t>
      </w:r>
    </w:p>
    <w:p>
      <w:r>
        <w:rPr>
          <w:b w:val="0"/>
          <w:sz w:val="20"/>
        </w:rPr>
        <w:t>Position/Title: __________________________________________________________</w:t>
      </w:r>
    </w:p>
    <w:p>
      <w:r>
        <w:rPr>
          <w:b w:val="0"/>
          <w:sz w:val="20"/>
        </w:rPr>
        <w:t>Department: ______________________________________________________________</w:t>
      </w:r>
    </w:p>
    <w:p>
      <w:r>
        <w:rPr>
          <w:b w:val="0"/>
          <w:sz w:val="20"/>
        </w:rPr>
        <w:t>Current Work Location: _________________________________________________</w:t>
      </w:r>
    </w:p>
    <w:p/>
    <w:p>
      <w:r>
        <w:rPr>
          <w:b/>
          <w:sz w:val="20"/>
        </w:rPr>
        <w:t>Relocation Details:</w:t>
      </w:r>
    </w:p>
    <w:p>
      <w:r>
        <w:rPr>
          <w:b w:val="0"/>
          <w:sz w:val="20"/>
        </w:rPr>
        <w:t>New Work Location: ______________________________________________________</w:t>
      </w:r>
    </w:p>
    <w:p>
      <w:r>
        <w:rPr>
          <w:b w:val="0"/>
          <w:sz w:val="20"/>
        </w:rPr>
        <w:t>Effective Date of Relocation: ___________________________________________</w:t>
      </w:r>
    </w:p>
    <w:p>
      <w:r>
        <w:rPr>
          <w:b w:val="0"/>
          <w:sz w:val="20"/>
        </w:rPr>
        <w:t>Reporting Manager at New Location: _______________________________________</w:t>
      </w:r>
    </w:p>
    <w:p/>
    <w:p>
      <w:r>
        <w:rPr>
          <w:b/>
          <w:sz w:val="20"/>
        </w:rPr>
        <w:t>Purpose of Relocation:</w:t>
      </w:r>
    </w:p>
    <w:p>
      <w:r>
        <w:rPr>
          <w:b w:val="0"/>
          <w:sz w:val="20"/>
        </w:rPr>
        <w:t>This letter confirms the decision of the Company to relocate the Employee from the current work location to the new location specified above. The relocation is necessary to meet the operational needs of the Company and to support its business objectives.</w:t>
      </w:r>
    </w:p>
    <w:p/>
    <w:p>
      <w:r>
        <w:rPr>
          <w:b/>
          <w:sz w:val="20"/>
        </w:rPr>
        <w:t>Relocation Assistance:</w:t>
      </w:r>
    </w:p>
    <w:p>
      <w:r>
        <w:rPr>
          <w:b w:val="0"/>
          <w:sz w:val="20"/>
        </w:rPr>
        <w:t>The Company agrees to provide the following relocation assistance to the Employee, subject to Company policies and applicable laws:</w:t>
      </w:r>
    </w:p>
    <w:p>
      <w:r>
        <w:rPr>
          <w:b w:val="0"/>
          <w:sz w:val="20"/>
        </w:rPr>
        <w:t>• Moving Expenses: The Company will reimburse reasonable and documented moving expenses incurred by the Employee related to the relocation.</w:t>
      </w:r>
    </w:p>
    <w:p>
      <w:r>
        <w:rPr>
          <w:b w:val="0"/>
          <w:sz w:val="20"/>
        </w:rPr>
        <w:t>• Temporary Housing: The Company may provide temporary housing assistance for a period of up to ______________ (specify duration) at the new location.</w:t>
      </w:r>
    </w:p>
    <w:p>
      <w:r>
        <w:rPr>
          <w:b w:val="0"/>
          <w:sz w:val="20"/>
        </w:rPr>
        <w:t>• Travel Expenses: The Company will cover reasonable travel expenses for the Employee and immediate family members during the relocation process.</w:t>
      </w:r>
    </w:p>
    <w:p>
      <w:r>
        <w:rPr>
          <w:b w:val="0"/>
          <w:sz w:val="20"/>
        </w:rPr>
        <w:t>• Other Assistance: Additional support and resources may be provided as deemed necessary by the Company.</w:t>
      </w:r>
    </w:p>
    <w:p/>
    <w:p>
      <w:r>
        <w:rPr>
          <w:b/>
          <w:sz w:val="20"/>
        </w:rPr>
        <w:t>Employee Obligations:</w:t>
      </w:r>
    </w:p>
    <w:p>
      <w:r>
        <w:rPr>
          <w:b w:val="0"/>
          <w:sz w:val="20"/>
        </w:rPr>
        <w:t>The Employee agrees to:</w:t>
      </w:r>
    </w:p>
    <w:p>
      <w:r>
        <w:rPr>
          <w:b w:val="0"/>
          <w:sz w:val="20"/>
        </w:rPr>
        <w:t>• Commence work at the new location on or before the effective date.</w:t>
      </w:r>
    </w:p>
    <w:p>
      <w:r>
        <w:rPr>
          <w:b w:val="0"/>
          <w:sz w:val="20"/>
        </w:rPr>
        <w:t>• Comply with all Company policies and procedures applicable at the new location.</w:t>
      </w:r>
    </w:p>
    <w:p>
      <w:r>
        <w:rPr>
          <w:b w:val="0"/>
          <w:sz w:val="20"/>
        </w:rPr>
        <w:t>• Provide necessary documentation and cooperation to facilitate the relocation process.</w:t>
      </w:r>
    </w:p>
    <w:p>
      <w:r>
        <w:rPr>
          <w:b w:val="0"/>
          <w:sz w:val="20"/>
        </w:rPr>
        <w:t>• Reimburse the Company for any relocation expenses if the Employee voluntarily terminates employment or is terminated for cause within ______________ (specify time period) following relocation.</w:t>
      </w:r>
    </w:p>
    <w:p/>
    <w:p>
      <w:r>
        <w:rPr>
          <w:b/>
          <w:sz w:val="20"/>
        </w:rPr>
        <w:t>At-Will Employment:</w:t>
      </w:r>
    </w:p>
    <w:p>
      <w:r>
        <w:rPr>
          <w:b w:val="0"/>
          <w:sz w:val="20"/>
        </w:rPr>
        <w:t>Nothing in this letter changes the at-will nature of the Employee’s employment. Either the Employee or the Company may terminate the employment relationship at any time, with or without cause or notice, subject to applicable law.</w:t>
      </w:r>
    </w:p>
    <w:p/>
    <w:p>
      <w:r>
        <w:rPr>
          <w:b/>
          <w:sz w:val="20"/>
        </w:rPr>
        <w:t>Tax and Legal Considerations:</w:t>
      </w:r>
    </w:p>
    <w:p>
      <w:r>
        <w:rPr>
          <w:b w:val="0"/>
          <w:sz w:val="20"/>
        </w:rPr>
        <w:t>The Employee acknowledges that relocation benefits may have tax consequences. The Company advises the Employee to consult with a tax advisor regarding such matters. The Company will comply with all applicable federal, state, and local laws relating to the relocation.</w:t>
      </w:r>
    </w:p>
    <w:p/>
    <w:p>
      <w:r>
        <w:rPr>
          <w:b/>
          <w:sz w:val="20"/>
        </w:rPr>
        <w:t>Confidentiality:</w:t>
      </w:r>
    </w:p>
    <w:p>
      <w:r>
        <w:rPr>
          <w:b w:val="0"/>
          <w:sz w:val="20"/>
        </w:rPr>
        <w:t>The Employee agrees to maintain the confidentiality of all proprietary Company information acquired during the course of employment, including information related to the relocation.</w:t>
      </w:r>
    </w:p>
    <w:p/>
    <w:p>
      <w:r>
        <w:rPr>
          <w:b/>
          <w:sz w:val="20"/>
        </w:rPr>
        <w:t>Governing Law:</w:t>
      </w:r>
    </w:p>
    <w:p>
      <w:r>
        <w:rPr>
          <w:b w:val="0"/>
          <w:sz w:val="20"/>
        </w:rPr>
        <w:t>This relocation letter shall be governed by and construed in accordance with the laws of the state where the new work location is situated, without regard to conflict of laws principles.</w:t>
      </w:r>
    </w:p>
    <w:p/>
    <w:p>
      <w:r>
        <w:rPr>
          <w:b/>
          <w:sz w:val="20"/>
        </w:rPr>
        <w:t>Entire Agreement:</w:t>
      </w:r>
    </w:p>
    <w:p>
      <w:r>
        <w:rPr>
          <w:b w:val="0"/>
          <w:sz w:val="20"/>
        </w:rPr>
        <w:t>This letter constitutes the entire agreement between the Employee and the Company regarding the subject matter herein and supersedes all prior agreements and understandings, whether written or oral.</w:t>
      </w:r>
    </w:p>
    <w:p/>
    <w:p/>
    <w:p>
      <w:r>
        <w:rPr>
          <w:b w:val="0"/>
          <w:sz w:val="20"/>
        </w:rPr>
        <w:t>Please acknowledge your acceptance of the terms of this relocation by signing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EMPLOYER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https://lettertemplate-us.com/employee-relocation-letter/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employee-relocatio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