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VERIFICATION LETTER</w:t>
      </w:r>
    </w:p>
    <w:p/>
    <w:p/>
    <w:p>
      <w:r>
        <w:rPr>
          <w:b/>
          <w:sz w:val="20"/>
        </w:rPr>
        <w:t>Company Name: ______________________________________________________</w:t>
      </w:r>
    </w:p>
    <w:p>
      <w:r>
        <w:rPr>
          <w:b w:val="0"/>
          <w:sz w:val="20"/>
        </w:rPr>
        <w:t>Company Address: ___________________________________________________</w:t>
      </w:r>
    </w:p>
    <w:p>
      <w:r>
        <w:rPr>
          <w:b w:val="0"/>
          <w:sz w:val="20"/>
        </w:rPr>
        <w:t>City, State, ZIP Code: ______________________________________________</w:t>
      </w:r>
    </w:p>
    <w:p>
      <w:r>
        <w:rPr>
          <w:b w:val="0"/>
          <w:sz w:val="20"/>
        </w:rPr>
        <w:t>Phone Number: ______________________________________________________</w:t>
      </w:r>
    </w:p>
    <w:p>
      <w:r>
        <w:rPr>
          <w:b w:val="0"/>
          <w:sz w:val="20"/>
        </w:rPr>
        <w:t>Email Address: _____________________________________________________</w:t>
      </w:r>
    </w:p>
    <w:p/>
    <w:p/>
    <w:p>
      <w:r>
        <w:rPr>
          <w:b w:val="0"/>
          <w:sz w:val="20"/>
        </w:rPr>
        <w:t>To Whom It May Concern,</w:t>
      </w:r>
    </w:p>
    <w:p/>
    <w:p>
      <w:r>
        <w:rPr>
          <w:b w:val="0"/>
          <w:sz w:val="20"/>
        </w:rPr>
        <w:t>This letter is to verify the employment of the individual named below with the undersigned company. This verification is provided at the request of the employee for legitimate purposes and is subject to the terms and conditions stated herein.</w:t>
      </w:r>
    </w:p>
    <w:p/>
    <w:p/>
    <w:p>
      <w:r>
        <w:rPr>
          <w:b/>
          <w:sz w:val="20"/>
        </w:rPr>
        <w:t>Employee Information:</w:t>
      </w:r>
    </w:p>
    <w:p>
      <w:r>
        <w:rPr>
          <w:b w:val="0"/>
          <w:sz w:val="20"/>
        </w:rPr>
        <w:t>Full Name: ____________________________________________________________</w:t>
      </w:r>
    </w:p>
    <w:p>
      <w:r>
        <w:rPr>
          <w:b w:val="0"/>
          <w:sz w:val="20"/>
        </w:rPr>
        <w:t>Employee ID (if applicable): ___________________________________________</w:t>
      </w:r>
    </w:p>
    <w:p>
      <w:r>
        <w:rPr>
          <w:b w:val="0"/>
          <w:sz w:val="20"/>
        </w:rPr>
        <w:t>Job Title / Position: _________________________________________________</w:t>
      </w:r>
    </w:p>
    <w:p>
      <w:r>
        <w:rPr>
          <w:b w:val="0"/>
          <w:sz w:val="20"/>
        </w:rPr>
        <w:t>Department: __________________________________________________________</w:t>
      </w:r>
    </w:p>
    <w:p>
      <w:r>
        <w:rPr>
          <w:b w:val="0"/>
          <w:sz w:val="20"/>
        </w:rPr>
        <w:t>Employment Status: ___________________________________________________</w:t>
      </w:r>
    </w:p>
    <w:p>
      <w:r>
        <w:rPr>
          <w:b w:val="0"/>
          <w:sz w:val="20"/>
        </w:rPr>
        <w:t>Employment Type (e.g., Full-time, Part-time, Contract): _________________</w:t>
      </w:r>
    </w:p>
    <w:p>
      <w:r>
        <w:rPr>
          <w:b w:val="0"/>
          <w:sz w:val="20"/>
        </w:rPr>
        <w:t>Work Location: _______________________________________________________</w:t>
      </w:r>
    </w:p>
    <w:p/>
    <w:p/>
    <w:p>
      <w:r>
        <w:rPr>
          <w:b/>
          <w:sz w:val="20"/>
        </w:rPr>
        <w:t>Employment Dates:</w:t>
      </w:r>
    </w:p>
    <w:p>
      <w:r>
        <w:rPr>
          <w:b w:val="0"/>
          <w:sz w:val="20"/>
        </w:rPr>
        <w:t>Date of Hire: _________________________________________________________</w:t>
        <w:br/>
        <w:t>Current Employment Status: Active / Terminated / On Leave (circle one)</w:t>
        <w:br/>
        <w:t>If terminated or on leave, last date of employment: _____________________</w:t>
      </w:r>
    </w:p>
    <w:p/>
    <w:p/>
    <w:p>
      <w:r>
        <w:rPr>
          <w:b/>
          <w:sz w:val="20"/>
        </w:rPr>
        <w:t>Salary and Compensation (provided only with employee's consent):</w:t>
      </w:r>
    </w:p>
    <w:p>
      <w:r>
        <w:rPr>
          <w:b w:val="0"/>
          <w:sz w:val="20"/>
        </w:rPr>
        <w:t>Current Salary or Wage: _______________________________________________</w:t>
        <w:br/>
        <w:t>Pay Frequency (e.g., Weekly, Bi-weekly, Monthly): ________________________</w:t>
        <w:br/>
        <w:t>Bonuses, Commissions, or Other Compensation: ___________________________</w:t>
      </w:r>
    </w:p>
    <w:p/>
    <w:p/>
    <w:p>
      <w:r>
        <w:rPr>
          <w:b/>
          <w:sz w:val="20"/>
        </w:rPr>
        <w:t>Purpose of Verification:</w:t>
      </w:r>
    </w:p>
    <w:p>
      <w:r>
        <w:rPr>
          <w:b w:val="0"/>
          <w:sz w:val="20"/>
        </w:rPr>
        <w:t>This letter serves as official verification of employment for the purposes requested by the employee. This document is not a contract of employment and does not alter the terms and conditions of employment.</w:t>
      </w:r>
    </w:p>
    <w:p/>
    <w:p/>
    <w:p>
      <w:r>
        <w:rPr>
          <w:b/>
          <w:sz w:val="20"/>
        </w:rPr>
        <w:t>Disclaimer and Limitations:</w:t>
      </w:r>
    </w:p>
    <w:p>
      <w:r>
        <w:rPr>
          <w:b w:val="0"/>
          <w:sz w:val="20"/>
        </w:rPr>
        <w:t>The information contained herein is true and accurate to the best knowledge of the company at the time of issuance. This letter is provided solely for verification purposes and is confidential. The company assumes no liability for any use of this verification beyond its intended purpose.</w:t>
      </w:r>
    </w:p>
    <w:p/>
    <w:p/>
    <w:p>
      <w:r>
        <w:rPr>
          <w:b/>
          <w:sz w:val="20"/>
        </w:rPr>
        <w:t>Legal Compliance:</w:t>
      </w:r>
    </w:p>
    <w:p>
      <w:r>
        <w:rPr>
          <w:b w:val="0"/>
          <w:sz w:val="20"/>
        </w:rPr>
        <w:t>This verification letter complies with applicable United States federal and state laws, including but not limited to the Fair Credit Reporting Act (FCRA) and the Equal Employment Opportunity Commission (EEOC) regulations. Any requests for additional information will be handled in accordance with legal requirements and company policy.</w:t>
      </w:r>
    </w:p>
    <w:p/>
    <w:p/>
    <w:p>
      <w:r>
        <w:rPr>
          <w:b/>
          <w:sz w:val="20"/>
        </w:rPr>
        <w:t>Contact Information for Verification:</w:t>
      </w:r>
    </w:p>
    <w:p>
      <w:r>
        <w:rPr>
          <w:b w:val="0"/>
          <w:sz w:val="20"/>
        </w:rPr>
        <w:t>For any questions or to verify the contents of this letter, please contact:</w:t>
        <w:br/>
        <w:t>Name: ________________________________________________________________</w:t>
        <w:br/>
        <w:t>Title: _________________________________________________________________</w:t>
        <w:br/>
        <w:t>Phone: ________________________________________________________________</w:t>
        <w:br/>
        <w:t>Email: 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Company Representative</w:t>
            </w:r>
          </w:p>
        </w:tc>
        <w:tc>
          <w:tcPr>
            <w:tcW w:type="dxa" w:w="4986"/>
            <w:tcBorders>
              <w:top w:val="nil"/>
              <w:left w:val="nil"/>
              <w:bottom w:val="nil"/>
              <w:right w:val="nil"/>
              <w:insideH w:val="nil"/>
              <w:insideV w:val="nil"/>
            </w:tcBorders>
          </w:tcPr>
          <w:p>
            <w:pPr>
              <w:jc w:val="center"/>
            </w:pPr>
            <w:r>
              <w:t>Employee Acknowledgment (Optional)</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Pr>
        <w:jc w:val="center"/>
      </w:pPr>
      <w:r>
        <w:rPr>
          <w:b w:val="0"/>
          <w:sz w:val="20"/>
        </w:rPr>
        <w:t>This letter is issued without date and is valid only when signed by an authorized representative of the company.</w:t>
      </w:r>
    </w:p>
    <w:p/>
    <w:p>
      <w:r>
        <w:br w:type="page"/>
      </w:r>
    </w:p>
    <w:p>
      <w:pPr>
        <w:jc w:val="center"/>
      </w:pPr>
      <w:r>
        <w:rPr>
          <w:color w:val="555555"/>
          <w:sz w:val="24"/>
        </w:rPr>
        <w:t>Original source of this document:</w:t>
      </w:r>
    </w:p>
    <w:p>
      <w:pPr>
        <w:jc w:val="center"/>
      </w:pPr>
      <w:hyperlink r:id="rId9">
        <w:r>
          <w:rPr>
            <w:color w:val="0000FF"/>
            <w:u w:val="single"/>
          </w:rPr>
          <w:t>https://lettertemplate-us.com/employee-verification-letter/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employee-verifica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