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EMPLOYER JURY DUTY EXCUSE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w:t>
      </w:r>
    </w:p>
    <w:p>
      <w:r>
        <w:rPr>
          <w:b w:val="0"/>
          <w:sz w:val="20"/>
        </w:rPr>
        <w:t>Phone Number: ____________________________________________________________</w:t>
      </w:r>
    </w:p>
    <w:p>
      <w:r>
        <w:rPr>
          <w:b w:val="0"/>
          <w:sz w:val="20"/>
        </w:rPr>
        <w:t>Email Address: ____________________________________________________________</w:t>
      </w:r>
    </w:p>
    <w:p/>
    <w:p>
      <w:r>
        <w:rPr>
          <w:b/>
          <w:sz w:val="20"/>
        </w:rPr>
        <w:t>Employee Information:</w:t>
      </w:r>
    </w:p>
    <w:p>
      <w:r>
        <w:rPr>
          <w:b w:val="0"/>
          <w:sz w:val="20"/>
        </w:rPr>
        <w:t>Full Name: _______________________________________________________________</w:t>
      </w:r>
    </w:p>
    <w:p>
      <w:r>
        <w:rPr>
          <w:b w:val="0"/>
          <w:sz w:val="20"/>
        </w:rPr>
        <w:t>Job Title: ________________________________________________________________</w:t>
      </w:r>
    </w:p>
    <w:p>
      <w:r>
        <w:rPr>
          <w:b w:val="0"/>
          <w:sz w:val="20"/>
        </w:rPr>
        <w:t>Department: _______________________________________________________________</w:t>
      </w:r>
    </w:p>
    <w:p>
      <w:r>
        <w:rPr>
          <w:b w:val="0"/>
          <w:sz w:val="20"/>
        </w:rPr>
        <w:t>Employee ID (if applicable): ______________________________________________</w:t>
      </w:r>
    </w:p>
    <w:p/>
    <w:p>
      <w:r>
        <w:rPr>
          <w:b/>
          <w:sz w:val="20"/>
        </w:rPr>
        <w:t>To Whom It May Concern:</w:t>
      </w:r>
    </w:p>
    <w:p/>
    <w:p>
      <w:r>
        <w:rPr>
          <w:b w:val="0"/>
          <w:sz w:val="20"/>
        </w:rPr>
        <w:t>This letter serves as a formal notice and verification that the above-named employee is employed with our company in the stated capacity. The purpose of this letter is to excuse the employee from work for the duration required to fulfill their jury duty obligations. We acknowledge and support the employee’s civic duty to serve as a juror and will accommodate their absence accordingly.</w:t>
      </w:r>
    </w:p>
    <w:p/>
    <w:p>
      <w:r>
        <w:rPr>
          <w:b/>
          <w:sz w:val="20"/>
        </w:rPr>
        <w:t>Jury Duty Details:</w:t>
      </w:r>
    </w:p>
    <w:p>
      <w:r>
        <w:rPr>
          <w:b w:val="0"/>
          <w:sz w:val="20"/>
        </w:rPr>
        <w:t>Juror Name: _______________________________________________________________</w:t>
      </w:r>
    </w:p>
    <w:p>
      <w:r>
        <w:rPr>
          <w:b w:val="0"/>
          <w:sz w:val="20"/>
        </w:rPr>
        <w:t>Jury Duty Court Location: _________________________________________________</w:t>
      </w:r>
    </w:p>
    <w:p>
      <w:r>
        <w:rPr>
          <w:b w:val="0"/>
          <w:sz w:val="20"/>
        </w:rPr>
        <w:t>Jury Service Period: ______________________________________________________</w:t>
      </w:r>
    </w:p>
    <w:p>
      <w:r>
        <w:rPr>
          <w:b w:val="0"/>
          <w:sz w:val="20"/>
        </w:rPr>
        <w:t>Jury Summons Number (if applicable): _______________________________________</w:t>
      </w:r>
    </w:p>
    <w:p/>
    <w:p>
      <w:r>
        <w:rPr>
          <w:b/>
          <w:sz w:val="20"/>
        </w:rPr>
        <w:t>Employer Statement and Compliance:</w:t>
      </w:r>
    </w:p>
    <w:p>
      <w:r>
        <w:rPr>
          <w:b w:val="0"/>
          <w:sz w:val="20"/>
        </w:rPr>
        <w:t>In accordance with United States federal and applicable state laws, the employee will not suffer any adverse employment action, discrimination, or retaliation for serving jury duty. The employee’s job, pay, and benefits will be maintained during their absence. This company complies fully with the Jury System Improvements Act and any relevant state statutes governing jury duty leave.</w:t>
      </w:r>
    </w:p>
    <w:p/>
    <w:p>
      <w:r>
        <w:rPr>
          <w:b/>
          <w:sz w:val="20"/>
        </w:rPr>
        <w:t>Employee Responsibilities:</w:t>
      </w:r>
    </w:p>
    <w:p>
      <w:r>
        <w:rPr>
          <w:b w:val="0"/>
          <w:sz w:val="20"/>
        </w:rPr>
        <w:t>The employee is required to notify their supervisor or Human Resources department promptly upon receipt of the jury duty summons. The employee must provide any official documentation from the court verifying jury service dates as soon as reasonably possible.</w:t>
      </w:r>
    </w:p>
    <w:p/>
    <w:p>
      <w:r>
        <w:rPr>
          <w:b/>
          <w:sz w:val="20"/>
        </w:rPr>
        <w:t>Work Arrangements:</w:t>
      </w:r>
    </w:p>
    <w:p>
      <w:r>
        <w:rPr>
          <w:b w:val="0"/>
          <w:sz w:val="20"/>
        </w:rPr>
        <w:t>The employee’s schedule will be adjusted as necessary to accommodate jury duty service. If the jury service is expected to last longer than initially estimated, additional communication between the employee and employer will be conducted to manage workload and coverage.</w:t>
      </w:r>
    </w:p>
    <w:p/>
    <w:p>
      <w:r>
        <w:rPr>
          <w:b/>
          <w:sz w:val="20"/>
        </w:rPr>
        <w:t>Legal References:</w:t>
      </w:r>
    </w:p>
    <w:p>
      <w:r>
        <w:rPr>
          <w:b w:val="0"/>
          <w:sz w:val="20"/>
        </w:rPr>
        <w:t>This letter confirms compliance with the Jury System Improvements Act, the Uniformed Services Employment and Reemployment Rights Act (USERRA) where applicable, and all other relevant federal, state, and local laws related to jury duty leave.</w:t>
      </w:r>
    </w:p>
    <w:p/>
    <w:p>
      <w:r>
        <w:rPr>
          <w:b/>
          <w:sz w:val="20"/>
        </w:rPr>
        <w:t>Closing Statement:</w:t>
      </w:r>
    </w:p>
    <w:p>
      <w:r>
        <w:rPr>
          <w:b w:val="0"/>
          <w:sz w:val="20"/>
        </w:rPr>
        <w:t>We appreciate your attention to this matter and thank you for your service to the judicial system. Please do not hesitate to contact our office should any further verification or information be required.</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r>
        <w:tc>
          <w:tcPr>
            <w:tcW w:type="dxa" w:w="4986"/>
            <w:tcBorders>
              <w:top w:val="nil"/>
              <w:left w:val="nil"/>
              <w:bottom w:val="nil"/>
              <w:right w:val="nil"/>
              <w:insideH w:val="nil"/>
              <w:insideV w:val="nil"/>
            </w:tcBorders>
          </w:tcPr>
          <w:p>
            <w:pPr>
              <w:jc w:val="center"/>
            </w:pPr>
            <w:r>
              <w:t>Title: ______________________________________</w:t>
            </w:r>
          </w:p>
        </w:tc>
        <w:tc>
          <w:tcPr>
            <w:tcW w:type="dxa" w:w="4986"/>
            <w:tcBorders>
              <w:top w:val="nil"/>
              <w:left w:val="nil"/>
              <w:bottom w:val="nil"/>
              <w:right w:val="nil"/>
              <w:insideH w:val="nil"/>
              <w:insideV w:val="nil"/>
            </w:tcBorders>
          </w:tcPr>
          <w:p>
            <w:pPr>
              <w:jc w:val="center"/>
            </w:pPr>
            <w:r>
              <w:t>Date: ______________________________________</w:t>
            </w:r>
          </w:p>
        </w:tc>
      </w:tr>
    </w:tbl>
    <w:p/>
    <w:p/>
    <w:p>
      <w:pPr>
        <w:jc w:val="center"/>
      </w:pPr>
      <w:r>
        <w:rPr>
          <w:b w:val="0"/>
          <w:sz w:val="20"/>
        </w:rPr>
        <w:t>Note: This document is provided as a formal verification of employment and support for jury duty leave. It should be presented to the court or appropriate authorities as needed.</w:t>
      </w:r>
    </w:p>
    <w:p>
      <w:r>
        <w:br w:type="page"/>
      </w:r>
    </w:p>
    <w:p>
      <w:pPr>
        <w:jc w:val="center"/>
      </w:pPr>
      <w:r>
        <w:rPr>
          <w:color w:val="555555"/>
          <w:sz w:val="24"/>
        </w:rPr>
        <w:t>Original source of this document:</w:t>
      </w:r>
    </w:p>
    <w:p>
      <w:pPr>
        <w:jc w:val="center"/>
      </w:pPr>
      <w:hyperlink r:id="rId9">
        <w:r>
          <w:rPr>
            <w:color w:val="0000FF"/>
            <w:u w:val="single"/>
          </w:rPr>
          <w:t>https://lettertemplate-us.com/employer-jury-duty-excuse-letter-employer/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ployer-jury-duty-excuse-letter-employ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