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EMPLOYMENT OFFER LETTER</w:t>
      </w:r>
    </w:p>
    <w:p/>
    <w:p/>
    <w:p>
      <w:r>
        <w:rPr>
          <w:b/>
          <w:sz w:val="20"/>
        </w:rPr>
        <w:t>Employer Information:</w:t>
      </w:r>
    </w:p>
    <w:p>
      <w:r>
        <w:rPr>
          <w:b w:val="0"/>
          <w:sz w:val="20"/>
        </w:rPr>
        <w:t>Company Name: __________________________________________________________</w:t>
      </w:r>
    </w:p>
    <w:p>
      <w:r>
        <w:rPr>
          <w:b w:val="0"/>
          <w:sz w:val="20"/>
        </w:rPr>
        <w:t>Address: 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Candidate Information:</w:t>
      </w:r>
    </w:p>
    <w:p>
      <w:r>
        <w:rPr>
          <w:b w:val="0"/>
          <w:sz w:val="20"/>
        </w:rPr>
        <w:t>Full Name: _____________________________________________________________</w:t>
      </w:r>
    </w:p>
    <w:p>
      <w:r>
        <w:rPr>
          <w:b w:val="0"/>
          <w:sz w:val="20"/>
        </w:rPr>
        <w:t>Address: 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p>
      <w:r>
        <w:rPr>
          <w:b w:val="0"/>
          <w:sz w:val="20"/>
        </w:rPr>
        <w:t>Dear Candidate,</w:t>
      </w:r>
    </w:p>
    <w:p/>
    <w:p>
      <w:r>
        <w:rPr>
          <w:b w:val="0"/>
          <w:sz w:val="20"/>
        </w:rPr>
        <w:t>We are pleased to offer you employment with the Company under the terms and conditions set forth in this letter. This offer is contingent upon your acceptance of these terms and completion of any necessary screenings and verifications that the Company requires.</w:t>
      </w:r>
    </w:p>
    <w:p/>
    <w:p/>
    <w:p>
      <w:r>
        <w:rPr>
          <w:b/>
          <w:sz w:val="20"/>
        </w:rPr>
        <w:t>1. Position and Duties</w:t>
      </w:r>
    </w:p>
    <w:p>
      <w:r>
        <w:rPr>
          <w:b w:val="0"/>
          <w:sz w:val="20"/>
        </w:rPr>
        <w:t>Your position will be: _________________________________________________. You will report directly to: _____________________________________________. Your duties and responsibilities will include those commonly associated with this position as well as any other duties as reasonably assigned by the Company.</w:t>
      </w:r>
    </w:p>
    <w:p/>
    <w:p>
      <w:r>
        <w:rPr>
          <w:b/>
          <w:sz w:val="20"/>
        </w:rPr>
        <w:t>2. Employment Status</w:t>
      </w:r>
    </w:p>
    <w:p>
      <w:r>
        <w:rPr>
          <w:b w:val="0"/>
          <w:sz w:val="20"/>
        </w:rPr>
        <w:t>Your employment with the Company will be "at-will," meaning either you or the Company may terminate the employment relationship at any time, with or without cause or notice, subject only to applicable federal, state, or local laws.</w:t>
      </w:r>
    </w:p>
    <w:p/>
    <w:p>
      <w:r>
        <w:rPr>
          <w:b/>
          <w:sz w:val="20"/>
        </w:rPr>
        <w:t>3. Compensation</w:t>
      </w:r>
    </w:p>
    <w:p>
      <w:r>
        <w:rPr>
          <w:b w:val="0"/>
          <w:sz w:val="20"/>
        </w:rPr>
        <w:t>You will be paid a salary at the rate of $______________ per ______________ (e.g., year, month, week) payable in accordance with the Company's standard payroll practices. This compensation is subject to applicable taxes and withholdings.</w:t>
      </w:r>
    </w:p>
    <w:p/>
    <w:p>
      <w:r>
        <w:rPr>
          <w:b/>
          <w:sz w:val="20"/>
        </w:rPr>
        <w:t>4. Work Schedule</w:t>
      </w:r>
    </w:p>
    <w:p>
      <w:r>
        <w:rPr>
          <w:b w:val="0"/>
          <w:sz w:val="20"/>
        </w:rPr>
        <w:t>Your standard work schedule will be: ____________________________________. The Company reserves the right to modify your work schedule as business needs require, providing reasonable notice whenever possible.</w:t>
      </w:r>
    </w:p>
    <w:p/>
    <w:p>
      <w:r>
        <w:rPr>
          <w:b/>
          <w:sz w:val="20"/>
        </w:rPr>
        <w:t>5. Benefits</w:t>
      </w:r>
    </w:p>
    <w:p>
      <w:r>
        <w:rPr>
          <w:b w:val="0"/>
          <w:sz w:val="20"/>
        </w:rPr>
        <w:t>As an eligible employee, you may participate in the Company's benefit plans subject to the terms, conditions, and eligibility requirements of each plan. The Company reserves the right to modify or discontinue benefits at its discretion.</w:t>
      </w:r>
    </w:p>
    <w:p/>
    <w:p>
      <w:r>
        <w:rPr>
          <w:b/>
          <w:sz w:val="20"/>
        </w:rPr>
        <w:t>6. Confidentiality</w:t>
      </w:r>
    </w:p>
    <w:p>
      <w:r>
        <w:rPr>
          <w:b w:val="0"/>
          <w:sz w:val="20"/>
        </w:rPr>
        <w:t>You agree to maintain strict confidentiality of all proprietary, confidential, or trade secret information belonging to the Company, both during and after your employment. Unauthorized disclosure may result in disciplinary action, up to and including termination and legal action.</w:t>
      </w:r>
    </w:p>
    <w:p/>
    <w:p>
      <w:r>
        <w:rPr>
          <w:b/>
          <w:sz w:val="20"/>
        </w:rPr>
        <w:t>7. Non-Competition and Non-Solicitation</w:t>
      </w:r>
    </w:p>
    <w:p>
      <w:r>
        <w:rPr>
          <w:b w:val="0"/>
          <w:sz w:val="20"/>
        </w:rPr>
        <w:t>During your employment and for a period of ______________ (e.g., one year) following termination, you agree not to engage in any business that competes with the Company nor solicit any of the Company’s clients, customers, or employees, to the extent permitted by applicable law.</w:t>
      </w:r>
    </w:p>
    <w:p/>
    <w:p>
      <w:r>
        <w:rPr>
          <w:b/>
          <w:sz w:val="20"/>
        </w:rPr>
        <w:t>8. Employment Eligibility Verification</w:t>
      </w:r>
    </w:p>
    <w:p>
      <w:r>
        <w:rPr>
          <w:b w:val="0"/>
          <w:sz w:val="20"/>
        </w:rPr>
        <w:t>You will be required to provide documentation proving your eligibility to work in the United States in accordance with federal law (e.g., Form I-9 verification). Employment is contingent upon successful verification.</w:t>
      </w:r>
    </w:p>
    <w:p/>
    <w:p>
      <w:r>
        <w:rPr>
          <w:b/>
          <w:sz w:val="20"/>
        </w:rPr>
        <w:t>9. Background Check</w:t>
      </w:r>
    </w:p>
    <w:p>
      <w:r>
        <w:rPr>
          <w:b w:val="0"/>
          <w:sz w:val="20"/>
        </w:rPr>
        <w:t>This offer is contingent upon the successful completion of a background check and/or other pre-employment screening as permitted by law.</w:t>
      </w:r>
    </w:p>
    <w:p/>
    <w:p>
      <w:r>
        <w:rPr>
          <w:b/>
          <w:sz w:val="20"/>
        </w:rPr>
        <w:t>10. Termination</w:t>
      </w:r>
    </w:p>
    <w:p>
      <w:r>
        <w:rPr>
          <w:b w:val="0"/>
          <w:sz w:val="20"/>
        </w:rPr>
        <w:t>Either party may terminate the employment relationship at any time, with or without cause, subject to applicable laws. Upon termination, you agree to return all Company property and settle any outstanding obligations.</w:t>
      </w:r>
    </w:p>
    <w:p/>
    <w:p>
      <w:r>
        <w:rPr>
          <w:b/>
          <w:sz w:val="20"/>
        </w:rPr>
        <w:t>11. Governing Law</w:t>
      </w:r>
    </w:p>
    <w:p>
      <w:r>
        <w:rPr>
          <w:b w:val="0"/>
          <w:sz w:val="20"/>
        </w:rPr>
        <w:t>This Offer Letter shall be governed by and construed in accordance with the laws of the state of ____________________, without regard to its conflict of law principles.</w:t>
      </w:r>
    </w:p>
    <w:p/>
    <w:p>
      <w:r>
        <w:rPr>
          <w:b/>
          <w:sz w:val="20"/>
        </w:rPr>
        <w:t>12. Entire Agreement</w:t>
      </w:r>
    </w:p>
    <w:p>
      <w:r>
        <w:rPr>
          <w:b w:val="0"/>
          <w:sz w:val="20"/>
        </w:rPr>
        <w:t>This letter, together with any agreements or documents referenced herein, constitutes the entire agreement between you and the Company concerning the subject matter and supersedes all prior agreements or understandings, whether written or oral.</w:t>
      </w:r>
    </w:p>
    <w:p/>
    <w:p/>
    <w:p>
      <w:r>
        <w:rPr>
          <w:b w:val="0"/>
          <w:sz w:val="20"/>
        </w:rPr>
        <w:t>Please indicate your acceptance of this offer by signing below and returning a signed copy of this letter to the Company by: 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EMPLOYER</w:t>
            </w:r>
          </w:p>
        </w:tc>
        <w:tc>
          <w:tcPr>
            <w:tcW w:type="dxa" w:w="4986"/>
            <w:tcBorders>
              <w:top w:val="nil"/>
              <w:left w:val="nil"/>
              <w:bottom w:val="nil"/>
              <w:right w:val="nil"/>
              <w:insideH w:val="nil"/>
              <w:insideV w:val="nil"/>
            </w:tcBorders>
          </w:tcPr>
          <w:p>
            <w:pPr>
              <w:jc w:val="center"/>
            </w:pPr>
            <w:r>
              <w:t>EMPLOYEE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r>
        <w:tc>
          <w:tcPr>
            <w:tcW w:type="dxa" w:w="4986"/>
            <w:tcBorders>
              <w:top w:val="nil"/>
              <w:left w:val="nil"/>
              <w:bottom w:val="nil"/>
              <w:right w:val="nil"/>
              <w:insideH w:val="nil"/>
              <w:insideV w:val="nil"/>
            </w:tcBorders>
          </w:tcPr>
          <w:p>
            <w:pPr>
              <w:jc w:val="center"/>
            </w:pPr>
            <w:r>
              <w:t>Date: _________________________________</w:t>
            </w:r>
          </w:p>
        </w:tc>
        <w:tc>
          <w:tcPr>
            <w:tcW w:type="dxa" w:w="4986"/>
            <w:tcBorders>
              <w:top w:val="nil"/>
              <w:left w:val="nil"/>
              <w:bottom w:val="nil"/>
              <w:right w:val="nil"/>
              <w:insideH w:val="nil"/>
              <w:insideV w:val="nil"/>
            </w:tcBorders>
          </w:tcPr>
          <w:p>
            <w:pPr>
              <w:jc w:val="center"/>
            </w:pPr>
            <w:r>
              <w:t>Date: _________________________________</w:t>
            </w:r>
          </w:p>
        </w:tc>
      </w:tr>
    </w:tbl>
    <w:p/>
    <w:p/>
    <w:p>
      <w:r>
        <w:rPr>
          <w:b w:val="0"/>
          <w:sz w:val="20"/>
        </w:rPr>
        <w:t>We look forward to welcoming you to our team.</w:t>
      </w:r>
    </w:p>
    <w:p/>
    <w:p>
      <w:r>
        <w:rPr>
          <w:b w:val="0"/>
          <w:sz w:val="20"/>
        </w:rPr>
        <w:t>Sincerely,</w:t>
      </w:r>
    </w:p>
    <w:p/>
    <w:p/>
    <w:p/>
    <w:p>
      <w:r>
        <w:rPr>
          <w:b w:val="0"/>
          <w:sz w:val="20"/>
        </w:rPr>
        <w:t>Authorized Representative: _________________________________________</w:t>
      </w:r>
    </w:p>
    <w:p>
      <w:r>
        <w:rPr>
          <w:b w:val="0"/>
          <w:sz w:val="20"/>
        </w:rPr>
        <w:t>Title: _______________________________________________________________</w:t>
      </w:r>
    </w:p>
    <w:p/>
    <w:p/>
    <w:p/>
    <w:p>
      <w:r>
        <w:br w:type="page"/>
      </w:r>
    </w:p>
    <w:p>
      <w:pPr>
        <w:jc w:val="center"/>
      </w:pPr>
      <w:r>
        <w:rPr>
          <w:color w:val="555555"/>
          <w:sz w:val="24"/>
        </w:rPr>
        <w:t>Original source of this document:</w:t>
      </w:r>
    </w:p>
    <w:p>
      <w:pPr>
        <w:jc w:val="center"/>
      </w:pPr>
      <w:hyperlink r:id="rId9">
        <w:r>
          <w:rPr>
            <w:color w:val="0000FF"/>
            <w:u w:val="single"/>
          </w:rPr>
          <w:t>https://lettertemplate-us.com/employment-offer-letter/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https://lettertemplate-us.com</w:t>
        </w:r>
      </w:hyperlink>
    </w:p>
    <w:p>
      <w:pPr>
        <w:jc w:val="center"/>
      </w:pPr>
      <w:r>
        <w:rPr>
          <w:color w:val="808080"/>
          <w:sz w:val="20"/>
        </w:rPr>
        <w:t>This template is intended exclusively for personal, non-commercial use.</w:t>
        <w:br/>
        <w:t>If distributed or published, the source must be mentioned. © lettertemplate-us.com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template-us.com/employment-offer-letter/" TargetMode="External"/><Relationship Id="rId10" Type="http://schemas.openxmlformats.org/officeDocument/2006/relationships/hyperlink" Target="https://letter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