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EMPLOYMENT VERIFICATION LETTER</w:t>
      </w:r>
    </w:p>
    <w:p/>
    <w:p/>
    <w:p>
      <w:r>
        <w:rPr>
          <w:b w:val="0"/>
          <w:sz w:val="20"/>
        </w:rPr>
        <w:t>Company Name: ________________________________________________</w:t>
      </w:r>
    </w:p>
    <w:p>
      <w:r>
        <w:rPr>
          <w:b w:val="0"/>
          <w:sz w:val="20"/>
        </w:rPr>
        <w:t>Company Address: ______________________________________________</w:t>
      </w:r>
    </w:p>
    <w:p>
      <w:r>
        <w:rPr>
          <w:b w:val="0"/>
          <w:sz w:val="20"/>
        </w:rPr>
        <w:t>City, State, Zip Code: _________________________________________</w:t>
      </w:r>
    </w:p>
    <w:p>
      <w:r>
        <w:rPr>
          <w:b w:val="0"/>
          <w:sz w:val="20"/>
        </w:rPr>
        <w:t>Phone Number: ________________________________________________</w:t>
      </w:r>
    </w:p>
    <w:p>
      <w:r>
        <w:rPr>
          <w:b w:val="0"/>
          <w:sz w:val="20"/>
        </w:rPr>
        <w:t>Email Address: ________________________________________________</w:t>
      </w:r>
    </w:p>
    <w:p/>
    <w:p/>
    <w:p>
      <w:r>
        <w:rPr>
          <w:b/>
          <w:sz w:val="20"/>
        </w:rPr>
        <w:t>To Whom It May Concern,</w:t>
      </w:r>
    </w:p>
    <w:p/>
    <w:p>
      <w:r>
        <w:rPr>
          <w:b w:val="0"/>
          <w:sz w:val="20"/>
        </w:rPr>
        <w:t>This letter serves as verification of employment for the individual named below, issued at the request of the employee for the purpose of immigration procedures. The information provided herein is accurate and true to the best knowledge of the employer.</w:t>
      </w:r>
    </w:p>
    <w:p/>
    <w:p/>
    <w:p>
      <w:r>
        <w:rPr>
          <w:b/>
          <w:sz w:val="20"/>
        </w:rPr>
        <w:t>Employee Information:</w:t>
      </w:r>
    </w:p>
    <w:p>
      <w:r>
        <w:rPr>
          <w:b w:val="0"/>
          <w:sz w:val="20"/>
        </w:rPr>
        <w:t>Full Name: ____________________________________________________________</w:t>
      </w:r>
    </w:p>
    <w:p>
      <w:r>
        <w:rPr>
          <w:b w:val="0"/>
          <w:sz w:val="20"/>
        </w:rPr>
        <w:t>Job Title/Position: ____________________________________________________</w:t>
      </w:r>
    </w:p>
    <w:p>
      <w:r>
        <w:rPr>
          <w:b w:val="0"/>
          <w:sz w:val="20"/>
        </w:rPr>
        <w:t>Department: ___________________________________________________________</w:t>
      </w:r>
    </w:p>
    <w:p>
      <w:r>
        <w:rPr>
          <w:b w:val="0"/>
          <w:sz w:val="20"/>
        </w:rPr>
        <w:t>Employee ID (if applicable): ____________________________________________</w:t>
      </w:r>
    </w:p>
    <w:p>
      <w:r>
        <w:rPr>
          <w:b w:val="0"/>
          <w:sz w:val="20"/>
        </w:rPr>
        <w:t>Work Location: ________________________________________________________</w:t>
      </w:r>
    </w:p>
    <w:p>
      <w:r>
        <w:rPr>
          <w:b w:val="0"/>
          <w:sz w:val="20"/>
        </w:rPr>
        <w:t>Employment Status (e.g. Full-time, Part-time, Contract): ________________</w:t>
      </w:r>
    </w:p>
    <w:p/>
    <w:p>
      <w:r>
        <w:rPr>
          <w:b/>
          <w:sz w:val="20"/>
        </w:rPr>
        <w:t>Employment Details:</w:t>
      </w:r>
    </w:p>
    <w:p>
      <w:r>
        <w:rPr>
          <w:b w:val="0"/>
          <w:sz w:val="20"/>
        </w:rPr>
        <w:t>Date of Hire: _________________________________________________________</w:t>
      </w:r>
    </w:p>
    <w:p>
      <w:r>
        <w:rPr>
          <w:b w:val="0"/>
          <w:sz w:val="20"/>
        </w:rPr>
        <w:t>Current Salary/Compensation: ___________________________________________</w:t>
      </w:r>
    </w:p>
    <w:p>
      <w:r>
        <w:rPr>
          <w:b w:val="0"/>
          <w:sz w:val="20"/>
        </w:rPr>
        <w:t>Pay Frequency (e.g. Weekly, Bi-weekly, Monthly): _______________________</w:t>
      </w:r>
    </w:p>
    <w:p>
      <w:r>
        <w:rPr>
          <w:b w:val="0"/>
          <w:sz w:val="20"/>
        </w:rPr>
        <w:t>Supervisor/Manager Name: ______________________________________________</w:t>
      </w:r>
    </w:p>
    <w:p>
      <w:r>
        <w:rPr>
          <w:b w:val="0"/>
          <w:sz w:val="20"/>
        </w:rPr>
        <w:t>Supervisor/Manager Title: ______________________________________________</w:t>
      </w:r>
    </w:p>
    <w:p>
      <w:r>
        <w:rPr>
          <w:b w:val="0"/>
          <w:sz w:val="20"/>
        </w:rPr>
        <w:t>Supervisor/Manager Contact Information: _______________________________</w:t>
      </w:r>
    </w:p>
    <w:p/>
    <w:p>
      <w:r>
        <w:rPr>
          <w:b/>
          <w:sz w:val="20"/>
        </w:rPr>
        <w:t>Employment Summary:</w:t>
      </w:r>
    </w:p>
    <w:p>
      <w:r>
        <w:rPr>
          <w:b w:val="0"/>
          <w:sz w:val="20"/>
        </w:rPr>
        <w:t>The above-named employee is currently employed by this company in the stated position and is a valued member of our team. This verification confirms the employee’s active employment status and the details provided are for immigration purposes only.</w:t>
      </w:r>
    </w:p>
    <w:p/>
    <w:p>
      <w:r>
        <w:rPr>
          <w:b/>
          <w:sz w:val="20"/>
        </w:rPr>
        <w:t>Legal Disclaimer:</w:t>
      </w:r>
    </w:p>
    <w:p>
      <w:r>
        <w:rPr>
          <w:b w:val="0"/>
          <w:sz w:val="20"/>
        </w:rPr>
        <w:t>This letter is provided in good faith and is intended solely for use in immigration procedures. The employer makes no guarantees or warranties beyond the information stated herein. Any unauthorized use or distribution of this letter without prior written consent from the employer is prohibited.</w:t>
      </w:r>
    </w:p>
    <w:p/>
    <w:p/>
    <w:p>
      <w:r>
        <w:rPr>
          <w:b w:val="0"/>
          <w:sz w:val="20"/>
        </w:rPr>
        <w:t>Should you require any additional information or clarification regarding this employment verification, please contact the undersigned at the phone number or email address provided above.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Employer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pPr>
        <w:jc w:val="center"/>
      </w:pPr>
      <w:r>
        <w:rPr>
          <w:b w:val="0"/>
          <w:sz w:val="20"/>
        </w:rPr>
        <w:t>This Employment Verification Letter is issued without any date and is valid subject to verification at the time of use.</w:t>
      </w:r>
    </w:p>
    <w:p>
      <w:r>
        <w:br w:type="page"/>
      </w:r>
    </w:p>
    <w:p>
      <w:pPr>
        <w:jc w:val="center"/>
      </w:pPr>
      <w:r>
        <w:rPr>
          <w:color w:val="555555"/>
          <w:sz w:val="24"/>
        </w:rPr>
        <w:t>Original source of this document:</w:t>
      </w:r>
    </w:p>
    <w:p>
      <w:pPr>
        <w:jc w:val="center"/>
      </w:pPr>
      <w:hyperlink r:id="rId9">
        <w:r>
          <w:rPr>
            <w:color w:val="0000FF"/>
            <w:u w:val="single"/>
          </w:rPr>
          <w:t>https://lettertemplate-us.com/employment-verification-letter-for-immigration/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employment-verification-letter-for-immigration/"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