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ENDORSEMENT LETTER</w:t>
      </w:r>
    </w:p>
    <w:p/>
    <w:p>
      <w:r>
        <w:rPr>
          <w:b w:val="0"/>
          <w:sz w:val="20"/>
        </w:rPr>
        <w:t>To Whom It May Concern:</w:t>
      </w:r>
    </w:p>
    <w:p/>
    <w:p>
      <w:r>
        <w:rPr>
          <w:b w:val="0"/>
          <w:sz w:val="20"/>
        </w:rPr>
        <w:t>This letter serves as a formal endorsement and authorization by the undersigned, hereinafter referred to as the “Endorser,” hereby granting full power and authority to the individual named below, hereinafter referred to as the “Endorsee,” to act on behalf of the Endorser in the matters specified herein.</w:t>
      </w:r>
    </w:p>
    <w:p/>
    <w:p/>
    <w:p>
      <w:r>
        <w:rPr>
          <w:b/>
          <w:sz w:val="20"/>
        </w:rPr>
        <w:t>Endorser Information:</w:t>
      </w:r>
    </w:p>
    <w:p>
      <w:r>
        <w:rPr>
          <w:b w:val="0"/>
          <w:sz w:val="20"/>
        </w:rPr>
        <w:t>Full Legal Name: ____________________________________________________________</w:t>
      </w:r>
    </w:p>
    <w:p>
      <w:r>
        <w:rPr>
          <w:b w:val="0"/>
          <w:sz w:val="20"/>
        </w:rPr>
        <w:t>Address: _____________________________________________________________</w:t>
      </w:r>
    </w:p>
    <w:p>
      <w:r>
        <w:rPr>
          <w:b w:val="0"/>
          <w:sz w:val="20"/>
        </w:rPr>
        <w:t>Phone Number: ________________________________________________________</w:t>
      </w:r>
    </w:p>
    <w:p>
      <w:r>
        <w:rPr>
          <w:b w:val="0"/>
          <w:sz w:val="20"/>
        </w:rPr>
        <w:t>Email Address: ________________________________________________________</w:t>
      </w:r>
    </w:p>
    <w:p/>
    <w:p>
      <w:r>
        <w:rPr>
          <w:b/>
          <w:sz w:val="20"/>
        </w:rPr>
        <w:t>Endorsee Information:</w:t>
      </w:r>
    </w:p>
    <w:p>
      <w:r>
        <w:rPr>
          <w:b w:val="0"/>
          <w:sz w:val="20"/>
        </w:rPr>
        <w:t>Full Legal Name: ____________________________________________________________</w:t>
      </w:r>
    </w:p>
    <w:p>
      <w:r>
        <w:rPr>
          <w:b w:val="0"/>
          <w:sz w:val="20"/>
        </w:rPr>
        <w:t>Address: _____________________________________________________________</w:t>
      </w:r>
    </w:p>
    <w:p>
      <w:r>
        <w:rPr>
          <w:b w:val="0"/>
          <w:sz w:val="20"/>
        </w:rPr>
        <w:t>Phone Number: ________________________________________________________</w:t>
      </w:r>
    </w:p>
    <w:p>
      <w:r>
        <w:rPr>
          <w:b w:val="0"/>
          <w:sz w:val="20"/>
        </w:rPr>
        <w:t>Email Address: ________________________________________________________</w:t>
      </w:r>
    </w:p>
    <w:p/>
    <w:p>
      <w:r>
        <w:rPr>
          <w:b/>
          <w:sz w:val="20"/>
        </w:rPr>
        <w:t>Scope of Authorization:</w:t>
      </w:r>
    </w:p>
    <w:p>
      <w:r>
        <w:rPr>
          <w:b w:val="0"/>
          <w:sz w:val="20"/>
        </w:rPr>
        <w:t>The Endorsee is hereby authorized to represent the Endorser and to perform the following actions on the Endorser’s behalf, including but not limited to:</w:t>
      </w:r>
    </w:p>
    <w:p>
      <w:r>
        <w:rPr>
          <w:b w:val="0"/>
          <w:sz w:val="20"/>
        </w:rPr>
        <w:t>• Signing, submitting, and receiving documents;</w:t>
      </w:r>
    </w:p>
    <w:p>
      <w:r>
        <w:rPr>
          <w:b w:val="0"/>
          <w:sz w:val="20"/>
        </w:rPr>
        <w:t>• Making inquiries and requests;</w:t>
      </w:r>
    </w:p>
    <w:p>
      <w:r>
        <w:rPr>
          <w:b w:val="0"/>
          <w:sz w:val="20"/>
        </w:rPr>
        <w:t>• Negotiating terms and agreements;</w:t>
      </w:r>
    </w:p>
    <w:p>
      <w:r>
        <w:rPr>
          <w:b w:val="0"/>
          <w:sz w:val="20"/>
        </w:rPr>
        <w:t>• Handling financial transactions related to the authorized matters;</w:t>
      </w:r>
    </w:p>
    <w:p>
      <w:r>
        <w:rPr>
          <w:b w:val="0"/>
          <w:sz w:val="20"/>
        </w:rPr>
        <w:t>• Taking any other lawful actions necessary to fulfill the purpose of this endorsement.</w:t>
      </w:r>
    </w:p>
    <w:p/>
    <w:p>
      <w:r>
        <w:rPr>
          <w:b/>
          <w:sz w:val="20"/>
        </w:rPr>
        <w:t>Limitations of Authority:</w:t>
      </w:r>
    </w:p>
    <w:p>
      <w:r>
        <w:rPr>
          <w:b w:val="0"/>
          <w:sz w:val="20"/>
        </w:rPr>
        <w:t>This endorsement is limited solely to the actions expressly stated in this letter. The Endorsee shall not undertake any actions beyond the scope of this authorization without prior written consent from the Endorser.</w:t>
      </w:r>
    </w:p>
    <w:p/>
    <w:p>
      <w:r>
        <w:rPr>
          <w:b/>
          <w:sz w:val="20"/>
        </w:rPr>
        <w:t>Duration of Authorization:</w:t>
      </w:r>
    </w:p>
    <w:p>
      <w:r>
        <w:rPr>
          <w:b w:val="0"/>
          <w:sz w:val="20"/>
        </w:rPr>
        <w:t>This authorization shall remain valid until revoked in writing by the Endorser or upon completion of the authorized tasks, whichever occurs first.</w:t>
      </w:r>
    </w:p>
    <w:p/>
    <w:p>
      <w:r>
        <w:rPr>
          <w:b/>
          <w:sz w:val="20"/>
        </w:rPr>
        <w:t>Liability and Indemnification:</w:t>
      </w:r>
    </w:p>
    <w:p>
      <w:r>
        <w:rPr>
          <w:b w:val="0"/>
          <w:sz w:val="20"/>
        </w:rPr>
        <w:t>The Endorser acknowledges and agrees that the Endorsee shall act in good faith and in accordance with the terms of this letter. The Endorser agrees to indemnify and hold harmless the Endorsee from any claims, damages, losses, or expenses arising out of actions taken within the scope of this authorization, except for those resulting from the Endorsee’s gross negligence or willful misconduct.</w:t>
      </w:r>
    </w:p>
    <w:p/>
    <w:p>
      <w:r>
        <w:rPr>
          <w:b/>
          <w:sz w:val="20"/>
        </w:rPr>
        <w:t>Governing Law and Jurisdiction:</w:t>
      </w:r>
    </w:p>
    <w:p>
      <w:r>
        <w:rPr>
          <w:b w:val="0"/>
          <w:sz w:val="20"/>
        </w:rPr>
        <w:t>This endorsement letter shall be governed by and construed in accordance with the laws of the United States of America and the applicable state law where the Endorser resides. Any disputes arising out of or related to this authorization shall be subject to the exclusive jurisdiction of the courts located within the appropriate state.</w:t>
      </w:r>
    </w:p>
    <w:p/>
    <w:p/>
    <w:p>
      <w:r>
        <w:rPr>
          <w:b w:val="0"/>
          <w:sz w:val="20"/>
        </w:rPr>
        <w:t>By signing below, the Endorser acknowledges having read, understood, and agreed to the terms and conditions set forth in this endorsement letter.</w:t>
      </w:r>
    </w:p>
    <w:p/>
    <w:p/>
    <w:p>
      <w:r>
        <w:rPr>
          <w:b w:val="0"/>
          <w:sz w:val="20"/>
        </w:rPr>
        <w:t>Place of Signing: ________________________________________________</w:t>
      </w:r>
    </w:p>
    <w:p>
      <w:r>
        <w:rPr>
          <w:b w:val="0"/>
          <w:sz w:val="20"/>
        </w:rPr>
        <w:t>Date of Signing: 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ENDORSER</w:t>
            </w:r>
          </w:p>
        </w:tc>
        <w:tc>
          <w:tcPr>
            <w:tcW w:type="dxa" w:w="4986"/>
            <w:tcBorders>
              <w:top w:val="nil"/>
              <w:left w:val="nil"/>
              <w:bottom w:val="nil"/>
              <w:right w:val="nil"/>
              <w:insideH w:val="nil"/>
              <w:insideV w:val="nil"/>
            </w:tcBorders>
          </w:tcPr>
          <w:p>
            <w:pPr>
              <w:jc w:val="center"/>
            </w:pPr>
            <w:r>
              <w:t>ENDORSEE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https://lettertemplate-us.com/endorsement-letter/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endorsement-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