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ESA HOUSING CONTRACT LETTER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Property Information:</w:t>
      </w:r>
    </w:p>
    <w:p>
      <w:r>
        <w:rPr>
          <w:b w:val="0"/>
          <w:sz w:val="20"/>
        </w:rPr>
        <w:t>Address of Premises: _________________________________________________</w:t>
      </w:r>
    </w:p>
    <w:p>
      <w:r>
        <w:rPr>
          <w:b w:val="0"/>
          <w:sz w:val="20"/>
        </w:rPr>
        <w:t>Type of Property (Apartment/House/etc.): ______________________________</w:t>
      </w:r>
    </w:p>
    <w:p>
      <w:r>
        <w:rPr>
          <w:b w:val="0"/>
          <w:sz w:val="20"/>
        </w:rPr>
        <w:t>Number of Bedrooms: __________________________________________________</w:t>
      </w:r>
    </w:p>
    <w:p>
      <w:r>
        <w:rPr>
          <w:b w:val="0"/>
          <w:sz w:val="20"/>
        </w:rPr>
        <w:t>Furnishing Status: ____________________________________________________</w:t>
      </w:r>
    </w:p>
    <w:p/>
    <w:p>
      <w:r>
        <w:rPr>
          <w:b/>
          <w:sz w:val="20"/>
        </w:rPr>
        <w:t>Term of Lease:</w:t>
      </w:r>
    </w:p>
    <w:p>
      <w:r>
        <w:rPr>
          <w:b w:val="0"/>
          <w:sz w:val="20"/>
        </w:rPr>
        <w:t>The lease shall commence on ___________________________________________ and will continue on a month-to-month basis unless terminated in writing by either party in accordance with this contract.</w:t>
      </w:r>
    </w:p>
    <w:p/>
    <w:p>
      <w:r>
        <w:rPr>
          <w:b/>
          <w:sz w:val="20"/>
        </w:rPr>
        <w:t>Rent and Payment Terms:</w:t>
      </w:r>
    </w:p>
    <w:p>
      <w:r>
        <w:rPr>
          <w:b w:val="0"/>
          <w:sz w:val="20"/>
        </w:rPr>
        <w:t>Monthly Rent Amount: $___________________</w:t>
      </w:r>
    </w:p>
    <w:p>
      <w:r>
        <w:rPr>
          <w:b w:val="0"/>
          <w:sz w:val="20"/>
        </w:rPr>
        <w:t>Due Date: Rent is due on or before the 1st day of each month.</w:t>
      </w:r>
    </w:p>
    <w:p>
      <w:r>
        <w:rPr>
          <w:b w:val="0"/>
          <w:sz w:val="20"/>
        </w:rPr>
        <w:t>Payment Method: _______________________________________________________</w:t>
      </w:r>
    </w:p>
    <w:p>
      <w:r>
        <w:rPr>
          <w:b w:val="0"/>
          <w:sz w:val="20"/>
        </w:rPr>
        <w:t>Late Payment Penalties: A late fee of $_____________ will be charged if rent is not received by the 5th day of each month.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Tenant shall pay a security deposit of $__________________ prior to occupancy.</w:t>
      </w:r>
    </w:p>
    <w:p>
      <w:r>
        <w:rPr>
          <w:b w:val="0"/>
          <w:sz w:val="20"/>
        </w:rPr>
        <w:t>The security deposit will be held to cover damages, unpaid rent, or other breaches of this agreement.</w:t>
      </w:r>
    </w:p>
    <w:p>
      <w:r>
        <w:rPr>
          <w:b w:val="0"/>
          <w:sz w:val="20"/>
        </w:rPr>
        <w:t>Deposit will be returned to Tenant within 30 days of lease termination, less any lawful deductions.</w:t>
      </w:r>
    </w:p>
    <w:p/>
    <w:p>
      <w:r>
        <w:rPr>
          <w:b/>
          <w:sz w:val="20"/>
        </w:rPr>
        <w:t>Utilities and Maintenance:</w:t>
      </w:r>
    </w:p>
    <w:p>
      <w:r>
        <w:rPr>
          <w:b w:val="0"/>
          <w:sz w:val="20"/>
        </w:rPr>
        <w:t>The following utilities shall be paid by the Tenant: ______________________</w:t>
      </w:r>
    </w:p>
    <w:p>
      <w:r>
        <w:rPr>
          <w:b w:val="0"/>
          <w:sz w:val="20"/>
        </w:rPr>
        <w:t>The following utilities shall be paid by the Landlord: _____________________</w:t>
      </w:r>
    </w:p>
    <w:p>
      <w:r>
        <w:rPr>
          <w:b w:val="0"/>
          <w:sz w:val="20"/>
        </w:rPr>
        <w:t>Tenant agrees to maintain the premises in a clean and sanitary manner and to notify Landlord of any needed repairs promptly.</w:t>
      </w:r>
    </w:p>
    <w:p>
      <w:r>
        <w:rPr>
          <w:b w:val="0"/>
          <w:sz w:val="20"/>
        </w:rPr>
        <w:t>Landlord will be responsible for repairs except those caused by Tenant's negligence or misuse.</w:t>
      </w:r>
    </w:p>
    <w:p/>
    <w:p>
      <w:r>
        <w:rPr>
          <w:b/>
          <w:sz w:val="20"/>
        </w:rPr>
        <w:t>Occupancy and Use:</w:t>
      </w:r>
    </w:p>
    <w:p>
      <w:r>
        <w:rPr>
          <w:b w:val="0"/>
          <w:sz w:val="20"/>
        </w:rPr>
        <w:t>Premises shall be occupied only by Tenant and the following approved occupants: ______________</w:t>
      </w:r>
    </w:p>
    <w:p>
      <w:r>
        <w:rPr>
          <w:b w:val="0"/>
          <w:sz w:val="20"/>
        </w:rPr>
        <w:t>Tenant shall use the premises solely for residential purposes.</w:t>
      </w:r>
    </w:p>
    <w:p>
      <w:r>
        <w:rPr>
          <w:b w:val="0"/>
          <w:sz w:val="20"/>
        </w:rPr>
        <w:t>No illegal activities or nuisance shall be conducted on the property.</w:t>
      </w:r>
    </w:p>
    <w:p/>
    <w:p>
      <w:r>
        <w:rPr>
          <w:b/>
          <w:sz w:val="20"/>
        </w:rPr>
        <w:t>Pets:</w:t>
      </w:r>
    </w:p>
    <w:p>
      <w:r>
        <w:rPr>
          <w:b w:val="0"/>
          <w:sz w:val="20"/>
        </w:rPr>
        <w:t>Pets are ________________ allowed / not allowed on the premises.</w:t>
      </w:r>
    </w:p>
    <w:p>
      <w:r>
        <w:rPr>
          <w:b w:val="0"/>
          <w:sz w:val="20"/>
        </w:rPr>
        <w:t>If allowed, specify type, number, and any pet deposit or fee: ________________</w:t>
      </w:r>
    </w:p>
    <w:p/>
    <w:p>
      <w:r>
        <w:rPr>
          <w:b/>
          <w:sz w:val="20"/>
        </w:rPr>
        <w:t>Entry by Landlord:</w:t>
      </w:r>
    </w:p>
    <w:p>
      <w:r>
        <w:rPr>
          <w:b w:val="0"/>
          <w:sz w:val="20"/>
        </w:rPr>
        <w:t>Landlord may enter the premises for inspection, repairs, or showings by providing Tenant with at least 24 hours notice, except in emergencies.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Either party may terminate this agreement by providing written notice at least 30 days prior to the intended termination date.</w:t>
      </w:r>
    </w:p>
    <w:p>
      <w:r>
        <w:rPr>
          <w:b w:val="0"/>
          <w:sz w:val="20"/>
        </w:rPr>
        <w:t>Upon termination, Tenant shall vacate the premises and return all keys to Landlord.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Tenant fails to pay rent or breaches any term of this agreement, Landlord may pursue all legal remedies available under United States law.</w:t>
      </w:r>
    </w:p>
    <w:p>
      <w:r>
        <w:rPr>
          <w:b w:val="0"/>
          <w:sz w:val="20"/>
        </w:rPr>
        <w:t>Tenant shall be responsible for any costs, including attorney’s fees, incurred by Landlord in enforcing this agreement.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agreement shall be governed by and construed in accordance with the laws of the United States and the state in which the property is located.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document constitutes the entire agreement between the parties and supersedes all prior understandings, oral or written.</w:t>
      </w:r>
    </w:p>
    <w:p>
      <w:r>
        <w:rPr>
          <w:b w:val="0"/>
          <w:sz w:val="20"/>
        </w:rPr>
        <w:t>Any amendments or modifications must be in writing and signed by both parties.</w:t>
      </w:r>
    </w:p>
    <w:p/>
    <w:p/>
    <w:p>
      <w:r>
        <w:rPr>
          <w:b w:val="0"/>
          <w:sz w:val="20"/>
        </w:rPr>
        <w:t>Place of Signing: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https://lettertemplate-us.com/esa-housing-letter/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esa-housing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