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FAMILY MEMBER GIFT LETTER</w:t>
      </w:r>
    </w:p>
    <w:p/>
    <w:p>
      <w:r>
        <w:rPr>
          <w:b/>
          <w:sz w:val="20"/>
        </w:rPr>
        <w:t>TO WHOM IT MAY CONCERN:</w:t>
      </w:r>
    </w:p>
    <w:p/>
    <w:p>
      <w:r>
        <w:rPr>
          <w:b w:val="0"/>
          <w:sz w:val="20"/>
        </w:rPr>
        <w:t>I, the undersigned, hereby state and affirm that I am making a voluntary gift as described below without any expectation of compensation, repayment, or consideration in return.</w:t>
      </w:r>
    </w:p>
    <w:p/>
    <w:p>
      <w:r>
        <w:rPr>
          <w:b/>
          <w:sz w:val="20"/>
        </w:rPr>
        <w:t>Donor Information:</w:t>
      </w:r>
    </w:p>
    <w:p>
      <w:r>
        <w:rPr>
          <w:b w:val="0"/>
          <w:sz w:val="20"/>
        </w:rPr>
        <w:t>Full Name: _______________________________________________________________</w:t>
      </w:r>
    </w:p>
    <w:p>
      <w:r>
        <w:rPr>
          <w:b w:val="0"/>
          <w:sz w:val="20"/>
        </w:rPr>
        <w:t>Relationship to Recipient: 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Recipient Information:</w:t>
      </w:r>
    </w:p>
    <w:p>
      <w:r>
        <w:rPr>
          <w:b w:val="0"/>
          <w:sz w:val="20"/>
        </w:rPr>
        <w:t>Full Name: _______________________________________________________________</w:t>
      </w:r>
    </w:p>
    <w:p>
      <w:r>
        <w:rPr>
          <w:b w:val="0"/>
          <w:sz w:val="20"/>
        </w:rPr>
        <w:t>Relationship to Donor: 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Gift Description:</w:t>
      </w:r>
    </w:p>
    <w:p>
      <w:r>
        <w:rPr>
          <w:b w:val="0"/>
          <w:sz w:val="20"/>
        </w:rPr>
        <w:t>I hereby give the following gift to the Recipient, free and clear of any liens, encumbrances, or claims:</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p>
      <w:r>
        <w:rPr>
          <w:b w:val="0"/>
          <w:sz w:val="20"/>
        </w:rPr>
        <w:t>Estimated Fair Market Value of the Gift: $__________________________</w:t>
      </w:r>
    </w:p>
    <w:p/>
    <w:p>
      <w:r>
        <w:rPr>
          <w:b w:val="0"/>
          <w:sz w:val="20"/>
        </w:rPr>
        <w:t>Purpose of the Gift:</w:t>
      </w:r>
    </w:p>
    <w:p>
      <w:r>
        <w:rPr>
          <w:b w:val="0"/>
          <w:sz w:val="20"/>
        </w:rPr>
        <w:t>This gift is made out of love, affection, and generosity, and is intended to be irrevocable and unconditional.</w:t>
      </w:r>
    </w:p>
    <w:p/>
    <w:p>
      <w:r>
        <w:rPr>
          <w:b/>
          <w:sz w:val="20"/>
        </w:rPr>
        <w:t>Tax Acknowledgment:</w:t>
      </w:r>
    </w:p>
    <w:p>
      <w:r>
        <w:rPr>
          <w:b w:val="0"/>
          <w:sz w:val="20"/>
        </w:rPr>
        <w:t>I acknowledge that this gift may have tax consequences for both the Donor and the Recipient. It is recommended that both parties consult their respective tax advisors regarding any potential gift tax or income tax liabilities arising from this gift.</w:t>
      </w:r>
    </w:p>
    <w:p/>
    <w:p>
      <w:r>
        <w:rPr>
          <w:b w:val="0"/>
          <w:sz w:val="20"/>
        </w:rPr>
        <w:t>No Consideration or Obligation:</w:t>
      </w:r>
    </w:p>
    <w:p>
      <w:r>
        <w:rPr>
          <w:b w:val="0"/>
          <w:sz w:val="20"/>
        </w:rPr>
        <w:t>This gift is made voluntarily, without any promise, agreement, or expectation of repayment, services, or any other form of consideration or compensation, now or in the future.</w:t>
      </w:r>
    </w:p>
    <w:p/>
    <w:p>
      <w:r>
        <w:rPr>
          <w:b w:val="0"/>
          <w:sz w:val="20"/>
        </w:rPr>
        <w:t>Transfer of Ownership:</w:t>
      </w:r>
    </w:p>
    <w:p>
      <w:r>
        <w:rPr>
          <w:b w:val="0"/>
          <w:sz w:val="20"/>
        </w:rPr>
        <w:t>I affirm that I am the lawful owner of the gifted property and have full right and authority to make this gift. Ownership and all associated rights transfer to the Recipient effective immediately upon the execution of this letter.</w:t>
      </w:r>
    </w:p>
    <w:p/>
    <w:p>
      <w:r>
        <w:rPr>
          <w:b/>
          <w:sz w:val="20"/>
        </w:rPr>
        <w:t>Governing Law:</w:t>
      </w:r>
    </w:p>
    <w:p>
      <w:r>
        <w:rPr>
          <w:b w:val="0"/>
          <w:sz w:val="20"/>
        </w:rPr>
        <w:t>This Gift Letter shall be governed by and construed in accordance with the laws of the United States and the State of ______________________________, without regard to its conflict of laws principles.</w:t>
      </w:r>
    </w:p>
    <w:p/>
    <w:p>
      <w:r>
        <w:rPr>
          <w:b w:val="0"/>
          <w:sz w:val="20"/>
        </w:rPr>
        <w:t>Entire Agreement:</w:t>
      </w:r>
    </w:p>
    <w:p>
      <w:r>
        <w:rPr>
          <w:b w:val="0"/>
          <w:sz w:val="20"/>
        </w:rPr>
        <w:t>This letter constitutes the entire agreement between the Donor and Recipient concerning the subject matter herein and supersedes all prior or contemporaneous agreements, understandings, and representations, oral or written.</w:t>
      </w:r>
    </w:p>
    <w:p/>
    <w:p>
      <w:r>
        <w:rPr>
          <w:b w:val="0"/>
          <w:sz w:val="20"/>
        </w:rPr>
        <w:t>Amendments:</w:t>
      </w:r>
    </w:p>
    <w:p>
      <w:r>
        <w:rPr>
          <w:b w:val="0"/>
          <w:sz w:val="20"/>
        </w:rPr>
        <w:t>Any amendments or modifications to this letter must be made in writing and signed by both the Donor and the Recipient.</w:t>
      </w:r>
    </w:p>
    <w:p/>
    <w:p>
      <w:r>
        <w:rPr>
          <w:b w:val="0"/>
          <w:sz w:val="20"/>
        </w:rPr>
        <w:t>Voluntary Execution:</w:t>
      </w:r>
    </w:p>
    <w:p>
      <w:r>
        <w:rPr>
          <w:b w:val="0"/>
          <w:sz w:val="20"/>
        </w:rPr>
        <w:t>Both parties declare that they have read and understood the contents of this letter and execute it voluntarily and without duress or undue influence.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p/>
    <w:p>
      <w:r>
        <w:rPr>
          <w:b/>
          <w:sz w:val="20"/>
        </w:rPr>
        <w:t>WITNESS (Optional):</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Signature: ______________________________________________________________</w:t>
      </w:r>
    </w:p>
    <w:p>
      <w:r>
        <w:rPr>
          <w:b w:val="0"/>
          <w:sz w:val="20"/>
        </w:rPr>
        <w:t>Date: _________________________________________________________________</w:t>
      </w:r>
    </w:p>
    <w:p/>
    <w:p>
      <w:r>
        <w:rPr>
          <w:b/>
          <w:sz w:val="20"/>
        </w:rPr>
        <w:t>NOTARIZATION (If required):</w:t>
      </w:r>
    </w:p>
    <w:p>
      <w:r>
        <w:rPr>
          <w:b w:val="0"/>
          <w:sz w:val="20"/>
        </w:rPr>
        <w:t>State of ___________________________</w:t>
      </w:r>
    </w:p>
    <w:p>
      <w:r>
        <w:rPr>
          <w:b w:val="0"/>
          <w:sz w:val="20"/>
        </w:rPr>
        <w:t>County of __________________________</w:t>
      </w:r>
    </w:p>
    <w:p>
      <w:r>
        <w:rPr>
          <w:b w:val="0"/>
          <w:sz w:val="20"/>
        </w:rPr>
        <w:t>On this ______ day of ____________________, before me, a Notary Public in and for said State, personally appeared ________________________, known to me or satisfactorily proven to be the person whose name is subscribed to the within instrument, and acknowledged that he/she executed the same for the purposes therein contained.</w:t>
      </w:r>
    </w:p>
    <w:p>
      <w:r>
        <w:rPr>
          <w:b w:val="0"/>
          <w:sz w:val="20"/>
        </w:rPr>
      </w:r>
    </w:p>
    <w:p>
      <w:r>
        <w:rPr>
          <w:b w:val="0"/>
          <w:sz w:val="20"/>
        </w:rPr>
        <w:t>In witness whereof I hereunto set my hand and official seal.</w:t>
      </w:r>
    </w:p>
    <w:p>
      <w:r>
        <w:rPr>
          <w:b w:val="0"/>
          <w:sz w:val="20"/>
        </w:rPr>
      </w:r>
    </w:p>
    <w:p>
      <w:r>
        <w:rPr>
          <w:b w:val="0"/>
          <w:sz w:val="20"/>
        </w:rPr>
        <w:t>Notary Signature: ___________________________________________</w:t>
      </w:r>
    </w:p>
    <w:p>
      <w:r>
        <w:rPr>
          <w:b w:val="0"/>
          <w:sz w:val="20"/>
        </w:rPr>
        <w:t>My Commission Expires: 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https://lettertemplate-us.com/family-member-gift-letter/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family-member-gif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