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FOOD DONATION LETTER</w:t>
      </w:r>
    </w:p>
    <w:p/>
    <w:p>
      <w:r>
        <w:rPr>
          <w:b/>
          <w:sz w:val="20"/>
        </w:rPr>
        <w:t>Donor Information:</w:t>
      </w:r>
    </w:p>
    <w:p>
      <w:r>
        <w:rPr>
          <w:b w:val="0"/>
          <w:sz w:val="20"/>
        </w:rPr>
        <w:t>Organization Name: 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Recipient Information:</w:t>
      </w:r>
    </w:p>
    <w:p>
      <w:r>
        <w:rPr>
          <w:b w:val="0"/>
          <w:sz w:val="20"/>
        </w:rPr>
        <w:t>Organization Name: 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Description of Donated Food Items:</w:t>
      </w:r>
    </w:p>
    <w:p>
      <w:r>
        <w:rPr>
          <w:b w:val="0"/>
          <w:sz w:val="20"/>
        </w:rPr>
        <w:t>Please provide a detailed description of the food items being donated,</w:t>
      </w:r>
    </w:p>
    <w:p>
      <w:r>
        <w:rPr>
          <w:b w:val="0"/>
          <w:sz w:val="20"/>
        </w:rPr>
        <w:t>including quantity, type, packaging, and condition. Use additional sheets if necessary.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Terms and Conditions:</w:t>
      </w:r>
    </w:p>
    <w:p>
      <w:r>
        <w:rPr>
          <w:b w:val="0"/>
          <w:sz w:val="20"/>
        </w:rPr>
        <w:t>1. The Donor hereby donates the food items described above to the Recipient free of charge,</w:t>
      </w:r>
    </w:p>
    <w:p>
      <w:r>
        <w:rPr>
          <w:b w:val="0"/>
          <w:sz w:val="20"/>
        </w:rPr>
        <w:t xml:space="preserve">   and the Recipient hereby accepts the donation.</w:t>
      </w:r>
    </w:p>
    <w:p/>
    <w:p>
      <w:r>
        <w:rPr>
          <w:b w:val="0"/>
          <w:sz w:val="20"/>
        </w:rPr>
        <w:t>2. The Donor represents and warrants that the donated food items are safe for consumption</w:t>
      </w:r>
    </w:p>
    <w:p>
      <w:r>
        <w:rPr>
          <w:b w:val="0"/>
          <w:sz w:val="20"/>
        </w:rPr>
        <w:t xml:space="preserve">   at the time of donation, comply with all applicable federal, state, and local laws and regulations,</w:t>
      </w:r>
    </w:p>
    <w:p>
      <w:r>
        <w:rPr>
          <w:b w:val="0"/>
          <w:sz w:val="20"/>
        </w:rPr>
        <w:t xml:space="preserve">   and have been handled in accordance with accepted food safety practices.</w:t>
      </w:r>
    </w:p>
    <w:p/>
    <w:p>
      <w:r>
        <w:rPr>
          <w:b w:val="0"/>
          <w:sz w:val="20"/>
        </w:rPr>
        <w:t>3. The Donor makes no warranties, express or implied, including but not limited to warranties</w:t>
      </w:r>
    </w:p>
    <w:p>
      <w:r>
        <w:rPr>
          <w:b w:val="0"/>
          <w:sz w:val="20"/>
        </w:rPr>
        <w:t xml:space="preserve">   of merchantability or fitness for a particular purpose, regarding the donated food items.</w:t>
      </w:r>
    </w:p>
    <w:p/>
    <w:p>
      <w:r>
        <w:rPr>
          <w:b w:val="0"/>
          <w:sz w:val="20"/>
        </w:rPr>
        <w:t>4. The Recipient accepts the food items “as is” and acknowledges the responsibility to inspect,</w:t>
      </w:r>
    </w:p>
    <w:p>
      <w:r>
        <w:rPr>
          <w:b w:val="0"/>
          <w:sz w:val="20"/>
        </w:rPr>
        <w:t xml:space="preserve">   store, and handle the food items in compliance with all applicable laws and regulations to ensure safety.</w:t>
      </w:r>
    </w:p>
    <w:p/>
    <w:p>
      <w:r>
        <w:rPr>
          <w:b w:val="0"/>
          <w:sz w:val="20"/>
        </w:rPr>
        <w:t>5. The Donor shall not be liable for any claims, damages, losses, or injuries arising out of the use,</w:t>
      </w:r>
    </w:p>
    <w:p>
      <w:r>
        <w:rPr>
          <w:b w:val="0"/>
          <w:sz w:val="20"/>
        </w:rPr>
        <w:t xml:space="preserve">   consumption, or disposal of the donated food items after the transfer of possession to the Recipient.</w:t>
      </w:r>
    </w:p>
    <w:p/>
    <w:p>
      <w:r>
        <w:rPr>
          <w:b w:val="0"/>
          <w:sz w:val="20"/>
        </w:rPr>
        <w:t>6. Both parties acknowledge that this donation is intended to be charitable and is exempt from</w:t>
      </w:r>
    </w:p>
    <w:p>
      <w:r>
        <w:rPr>
          <w:b w:val="0"/>
          <w:sz w:val="20"/>
        </w:rPr>
        <w:t xml:space="preserve">   federal income tax under Section 170(e)(3) of the Internal Revenue Code and the Bill Emerson Good Samaritan Food Donation Act.</w:t>
      </w:r>
    </w:p>
    <w:p/>
    <w:p>
      <w:r>
        <w:rPr>
          <w:b w:val="0"/>
          <w:sz w:val="20"/>
        </w:rPr>
        <w:t>7. The Recipient agrees to use the donated food items solely for charitable purposes and not for resale.</w:t>
      </w:r>
    </w:p>
    <w:p/>
    <w:p>
      <w:r>
        <w:rPr>
          <w:b w:val="0"/>
          <w:sz w:val="20"/>
        </w:rPr>
        <w:t>8. The Donor and Recipient agree to comply with all applicable food safety, handling, and transportation</w:t>
      </w:r>
    </w:p>
    <w:p>
      <w:r>
        <w:rPr>
          <w:b w:val="0"/>
          <w:sz w:val="20"/>
        </w:rPr>
        <w:t xml:space="preserve">   regulations and guidelines at all times.</w:t>
      </w:r>
    </w:p>
    <w:p/>
    <w:p>
      <w:r>
        <w:rPr>
          <w:b w:val="0"/>
          <w:sz w:val="20"/>
        </w:rPr>
        <w:t>9. This letter constitutes the entire agreement between the parties with respect to the donation,</w:t>
      </w:r>
    </w:p>
    <w:p>
      <w:r>
        <w:rPr>
          <w:b w:val="0"/>
          <w:sz w:val="20"/>
        </w:rPr>
        <w:t xml:space="preserve">   and any modifications shall be made in writing and signed by both parties.</w:t>
      </w:r>
    </w:p>
    <w:p/>
    <w:p>
      <w:r>
        <w:rPr>
          <w:b w:val="0"/>
          <w:sz w:val="20"/>
        </w:rPr>
        <w:t>10. This agreement shall be governed by and construed in accordance with the laws of the United States</w:t>
      </w:r>
    </w:p>
    <w:p>
      <w:r>
        <w:rPr>
          <w:b w:val="0"/>
          <w:sz w:val="20"/>
        </w:rPr>
        <w:t xml:space="preserve">    and the state in which the donation takes place, without regard to its conflict of law principles.</w:t>
      </w:r>
    </w:p>
    <w:p/>
    <w:p>
      <w:r>
        <w:rPr>
          <w:b/>
          <w:sz w:val="20"/>
        </w:rPr>
        <w:t>Signatures: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DONOR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RECIPIENT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 &amp; Title: 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 &amp; Title: 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https://lettertemplate-us.com/food-donation-letter/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template-us.com/food-donation-letter/" TargetMode="External"/><Relationship Id="rId10" Type="http://schemas.openxmlformats.org/officeDocument/2006/relationships/hyperlink" Target="https://letter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