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FUNDRAISING LETTER</w:t>
      </w:r>
    </w:p>
    <w:p/>
    <w:p/>
    <w:p>
      <w:r>
        <w:rPr>
          <w:b w:val="0"/>
          <w:sz w:val="20"/>
        </w:rPr>
        <w:t>Dear Prospective Supporter,</w:t>
      </w:r>
    </w:p>
    <w:p/>
    <w:p>
      <w:r>
        <w:rPr>
          <w:b w:val="0"/>
          <w:sz w:val="20"/>
        </w:rPr>
        <w:t>We are reaching out to you as a valued member of our community to share an important opportunity to make a significant and lasting impact. Our organization is dedicated to advancing meaningful causes that improve lives and strengthen the foundations of our society.</w:t>
      </w:r>
    </w:p>
    <w:p/>
    <w:p>
      <w:r>
        <w:rPr>
          <w:b/>
          <w:sz w:val="22"/>
        </w:rPr>
        <w:t>About Our Organization:</w:t>
      </w:r>
    </w:p>
    <w:p>
      <w:r>
        <w:rPr>
          <w:b w:val="0"/>
          <w:sz w:val="20"/>
        </w:rPr>
        <w:t>Founded with the mission to drive positive change, our organization operates with the utmost integrity and transparency. We focus on initiatives that promote education, health, environmental sustainability, and social equity. Our team is committed to stewarding every contribution responsibly and effectively.</w:t>
      </w:r>
    </w:p>
    <w:p/>
    <w:p>
      <w:r>
        <w:rPr>
          <w:b/>
          <w:sz w:val="22"/>
        </w:rPr>
        <w:t>Purpose of This Fundraising Campaign:</w:t>
      </w:r>
    </w:p>
    <w:p>
      <w:r>
        <w:rPr>
          <w:b w:val="0"/>
          <w:sz w:val="20"/>
        </w:rPr>
        <w:t>The funds raised through this campaign will directly support the expansion of our programs and services, enabling us to reach more individuals and communities in need. Specific projects include launching new educational workshops, improving access to healthcare resources, and implementing sustainable community development plans.</w:t>
      </w:r>
    </w:p>
    <w:p/>
    <w:p>
      <w:r>
        <w:rPr>
          <w:b/>
          <w:sz w:val="22"/>
        </w:rPr>
        <w:t>How Your Donation Helps:</w:t>
      </w:r>
    </w:p>
    <w:p>
      <w:r>
        <w:rPr>
          <w:b w:val="0"/>
          <w:sz w:val="20"/>
        </w:rPr>
        <w:t>Your generous contribution will be allocated as follows:</w:t>
        <w:br/>
        <w:t>• 60% to program delivery and direct services</w:t>
        <w:br/>
        <w:t>• 25% to outreach and community engagement</w:t>
        <w:br/>
        <w:t>• 10% to administration and operational costs</w:t>
        <w:br/>
        <w:t>• 5% to monitoring, evaluation, and reporting to ensure impact and accountability</w:t>
      </w:r>
    </w:p>
    <w:p/>
    <w:p>
      <w:r>
        <w:rPr>
          <w:b w:val="0"/>
          <w:sz w:val="20"/>
        </w:rPr>
        <w:t>Our organization is recognized as a tax-exempt nonprofit under Section 501(c)(3) of the Internal Revenue Code. All donations are tax-deductible to the fullest extent permitted by law. We will provide you with a receipt for your records upon receipt of your donation.</w:t>
      </w:r>
    </w:p>
    <w:p/>
    <w:p>
      <w:r>
        <w:rPr>
          <w:b/>
          <w:sz w:val="22"/>
        </w:rPr>
        <w:t>Ways to Donate:</w:t>
      </w:r>
    </w:p>
    <w:p>
      <w:r>
        <w:rPr>
          <w:b w:val="0"/>
          <w:sz w:val="20"/>
        </w:rPr>
        <w:t>You may contribute in any of the following ways:</w:t>
        <w:br/>
        <w:t>• Online donation via our secure website at www.ourorganization.org/donate</w:t>
        <w:br/>
        <w:t>• Check made payable to OUR ORGANIZATION and mailed to our office address</w:t>
        <w:br/>
        <w:t>• Wire transfer or bank deposit (please contact us for details)</w:t>
        <w:br/>
        <w:t>• In-kind donations of goods or services (subject to prior approval)</w:t>
      </w:r>
    </w:p>
    <w:p/>
    <w:p>
      <w:r>
        <w:rPr>
          <w:b/>
          <w:sz w:val="22"/>
        </w:rPr>
        <w:t>Donor Rights and Privacy:</w:t>
      </w:r>
    </w:p>
    <w:p>
      <w:r>
        <w:rPr>
          <w:b w:val="0"/>
          <w:sz w:val="20"/>
        </w:rPr>
        <w:t>We are committed to respecting your privacy and ensuring your information is protected. Your donation will be used solely for the purposes described herein. You have the right to request information about our programs, financials, and governance. We do not sell or share donor information with third parties. You may also opt out of future communications at any time.</w:t>
      </w:r>
    </w:p>
    <w:p/>
    <w:p>
      <w:r>
        <w:rPr>
          <w:b w:val="0"/>
          <w:sz w:val="20"/>
        </w:rPr>
        <w:t>We sincerely thank you for considering a contribution to support our vital work. Your generosity empowers us to create meaningful change and build a better future for all. Should you have any questions or require further information, please do not hesitate to contact us.</w:t>
      </w:r>
    </w:p>
    <w:p/>
    <w:p/>
    <w:p>
      <w:r>
        <w:rPr>
          <w:b w:val="0"/>
          <w:sz w:val="20"/>
        </w:rPr>
        <w:t>With gratitude,</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Representative</w:t>
            </w:r>
          </w:p>
        </w:tc>
        <w:tc>
          <w:tcPr>
            <w:tcW w:type="dxa" w:w="4986"/>
            <w:tcBorders>
              <w:top w:val="nil"/>
              <w:left w:val="nil"/>
              <w:bottom w:val="nil"/>
              <w:right w:val="nil"/>
              <w:insideH w:val="nil"/>
              <w:insideV w:val="nil"/>
            </w:tcBorders>
          </w:tcPr>
          <w:p>
            <w:pPr>
              <w:jc w:val="center"/>
            </w:pPr>
            <w:r>
              <w:t>Organization Contact Information</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t>Organization: OUR ORGANIZATION</w:t>
              <w:br/>
              <w:t>Address: 1234 Charity Lane, Suite 100</w:t>
              <w:br/>
              <w:t>City, State ZIP Code</w:t>
              <w:br/>
              <w:t>Phone: (123) 456-7890</w:t>
              <w:br/>
              <w:t>Email: contact@ourorganization.org</w:t>
              <w:br/>
              <w:t>Website: www.ourorganization.org</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p>
        </w:tc>
      </w:tr>
    </w:tbl>
    <w:p/>
    <w:p/>
    <w:p>
      <w:r>
        <w:rPr>
          <w:b w:val="0"/>
          <w:sz w:val="20"/>
        </w:rPr>
        <w:t>This letter serves as a formal solicitation for charitable contributions. No goods or services were provided in exchange for your donation unless expressly stated. Your donation is voluntary and may be revoked at any time prior to transfer. This solicitation and the use of donations are intended to fully comply with applicable United States federal and state laws regulating charitable solicitations.</w:t>
      </w:r>
    </w:p>
    <w:p/>
    <w:p>
      <w:r>
        <w:br w:type="page"/>
      </w:r>
    </w:p>
    <w:p>
      <w:pPr>
        <w:jc w:val="center"/>
      </w:pPr>
      <w:r>
        <w:rPr>
          <w:color w:val="555555"/>
          <w:sz w:val="24"/>
        </w:rPr>
        <w:t>Original source of this document:</w:t>
      </w:r>
    </w:p>
    <w:p>
      <w:pPr>
        <w:jc w:val="center"/>
      </w:pPr>
      <w:hyperlink r:id="rId9">
        <w:r>
          <w:rPr>
            <w:color w:val="0000FF"/>
            <w:u w:val="single"/>
          </w:rPr>
          <w:t>https://lettertemplate-us.com/fundraising-letter/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fundraising-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