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GIFT LETTER</w:t>
      </w:r>
    </w:p>
    <w:p/>
    <w:p/>
    <w:p>
      <w:r>
        <w:rPr>
          <w:b w:val="0"/>
          <w:sz w:val="20"/>
        </w:rPr>
        <w:t>This Gift Letter (the “Letter”) is made between the Donor and the Recipient as defined below. The Donor hereby voluntarily gifts to the Recipient the property described herein without any consideration or expectation of repayment.</w:t>
      </w:r>
    </w:p>
    <w:p/>
    <w:p>
      <w:r>
        <w:rPr>
          <w:b/>
          <w:sz w:val="20"/>
        </w:rPr>
        <w:t>Donor Information:</w:t>
      </w:r>
    </w:p>
    <w:p>
      <w:r>
        <w:rPr>
          <w:b w:val="0"/>
          <w:sz w:val="20"/>
        </w:rPr>
        <w:t>Full Name: ________________________________________________________________</w:t>
      </w:r>
    </w:p>
    <w:p>
      <w:r>
        <w:rPr>
          <w:b w:val="0"/>
          <w:sz w:val="20"/>
        </w:rPr>
        <w:t>Address: _________________________________________________________________</w:t>
      </w:r>
    </w:p>
    <w:p>
      <w:r>
        <w:rPr>
          <w:b w:val="0"/>
          <w:sz w:val="20"/>
        </w:rPr>
        <w:t>Telephone Number: ________________________________________________________</w:t>
      </w:r>
    </w:p>
    <w:p>
      <w:r>
        <w:rPr>
          <w:b w:val="0"/>
          <w:sz w:val="20"/>
        </w:rPr>
        <w:t>Email Address: ____________________________________________________________</w:t>
      </w:r>
    </w:p>
    <w:p/>
    <w:p>
      <w:r>
        <w:rPr>
          <w:b/>
          <w:sz w:val="20"/>
        </w:rPr>
        <w:t>Recipient Information:</w:t>
      </w:r>
    </w:p>
    <w:p>
      <w:r>
        <w:rPr>
          <w:b w:val="0"/>
          <w:sz w:val="20"/>
        </w:rPr>
        <w:t>Full Name: ________________________________________________________________</w:t>
      </w:r>
    </w:p>
    <w:p>
      <w:r>
        <w:rPr>
          <w:b w:val="0"/>
          <w:sz w:val="20"/>
        </w:rPr>
        <w:t>Address: _________________________________________________________________</w:t>
      </w:r>
    </w:p>
    <w:p>
      <w:r>
        <w:rPr>
          <w:b w:val="0"/>
          <w:sz w:val="20"/>
        </w:rPr>
        <w:t>Telephone Number: ________________________________________________________</w:t>
      </w:r>
    </w:p>
    <w:p>
      <w:r>
        <w:rPr>
          <w:b w:val="0"/>
          <w:sz w:val="20"/>
        </w:rPr>
        <w:t>Email Address: ____________________________________________________________</w:t>
      </w:r>
    </w:p>
    <w:p/>
    <w:p>
      <w:r>
        <w:rPr>
          <w:b/>
          <w:sz w:val="20"/>
        </w:rPr>
        <w:t>Description of Gifted Property:</w:t>
      </w:r>
    </w:p>
    <w:p>
      <w:r>
        <w:rPr>
          <w:b w:val="0"/>
          <w:sz w:val="20"/>
        </w:rPr>
        <w:t>Type of Property: __________________________________________________________</w:t>
      </w:r>
    </w:p>
    <w:p>
      <w:r>
        <w:rPr>
          <w:b w:val="0"/>
          <w:sz w:val="20"/>
        </w:rPr>
        <w:t>Description and Details: ____________________________________________________</w:t>
      </w:r>
    </w:p>
    <w:p>
      <w:r>
        <w:rPr>
          <w:b w:val="0"/>
          <w:sz w:val="20"/>
        </w:rPr>
        <w:t>___________________________________________________________________________</w:t>
      </w:r>
    </w:p>
    <w:p/>
    <w:p>
      <w:r>
        <w:rPr>
          <w:b/>
          <w:sz w:val="20"/>
        </w:rPr>
        <w:t>Gift Declaration:</w:t>
      </w:r>
    </w:p>
    <w:p>
      <w:r>
        <w:rPr>
          <w:b w:val="0"/>
          <w:sz w:val="20"/>
        </w:rPr>
        <w:t>The Donor hereby irrevocably transfers, conveys, and delivers the above-described property to the Recipient as a gift, without any consideration or compensation. The Donor affirms that the property is free and clear of any liens, claims, encumbrances, or restrictions, except as disclosed herein: ____________________________________________________________.</w:t>
      </w:r>
    </w:p>
    <w:p/>
    <w:p>
      <w:r>
        <w:rPr>
          <w:b/>
          <w:sz w:val="20"/>
        </w:rPr>
        <w:t>No Conditions or Expectations:</w:t>
      </w:r>
    </w:p>
    <w:p>
      <w:r>
        <w:rPr>
          <w:b w:val="0"/>
          <w:sz w:val="20"/>
        </w:rPr>
        <w:t>This gift is made voluntarily and without any conditions, restrictions, or expectations of any form of reimbursement, compensation, or future services from the Recipient.</w:t>
      </w:r>
    </w:p>
    <w:p/>
    <w:p>
      <w:r>
        <w:rPr>
          <w:b/>
          <w:sz w:val="20"/>
        </w:rPr>
        <w:t>Tax and Legal Compliance:</w:t>
      </w:r>
    </w:p>
    <w:p>
      <w:r>
        <w:rPr>
          <w:b w:val="0"/>
          <w:sz w:val="20"/>
        </w:rPr>
        <w:t>The Donor acknowledges that any tax liability arising from this gift is the sole responsibility of the Donor. The Donor and Recipient acknowledge that this Letter is intended to comply with all applicable federal and state laws governing gifts and related tax obligations. The Recipient accepts the gift as described herein.</w:t>
      </w:r>
    </w:p>
    <w:p/>
    <w:p>
      <w:r>
        <w:rPr>
          <w:b/>
          <w:sz w:val="20"/>
        </w:rPr>
        <w:t>Representations and Warranties:</w:t>
      </w:r>
    </w:p>
    <w:p>
      <w:r>
        <w:rPr>
          <w:b w:val="0"/>
          <w:sz w:val="20"/>
        </w:rPr>
        <w:t>The Donor represents and warrants that they have full legal capacity and authority to make this gift, and that the gift property is owned by the Donor free from any third-party claims, liens, or encumbrances except as disclosed. The Recipient accepts the gift “as is” and acknowledges receipt of all information and disclosures regarding the property.</w:t>
      </w:r>
    </w:p>
    <w:p/>
    <w:p>
      <w:r>
        <w:rPr>
          <w:b/>
          <w:sz w:val="20"/>
        </w:rPr>
        <w:t>Governing Law:</w:t>
      </w:r>
    </w:p>
    <w:p>
      <w:r>
        <w:rPr>
          <w:b w:val="0"/>
          <w:sz w:val="20"/>
        </w:rPr>
        <w:t>This Gift Letter shall be governed by and construed in accordance with the laws of the United States of America and the state of ____________________________, without regard to its conflict of laws principles.</w:t>
      </w:r>
    </w:p>
    <w:p/>
    <w:p>
      <w:r>
        <w:rPr>
          <w:b/>
          <w:sz w:val="20"/>
        </w:rPr>
        <w:t>Entire Agreement:</w:t>
      </w:r>
    </w:p>
    <w:p>
      <w:r>
        <w:rPr>
          <w:b w:val="0"/>
          <w:sz w:val="20"/>
        </w:rPr>
        <w:t>This Letter constitutes the entire agreement between the Donor and Recipient concerning the gift and supersedes all prior understandings, agreements, or representations, oral or written.</w:t>
      </w:r>
    </w:p>
    <w:p/>
    <w:p>
      <w:r>
        <w:rPr>
          <w:b/>
          <w:sz w:val="20"/>
        </w:rPr>
        <w:t>Amendment:</w:t>
      </w:r>
    </w:p>
    <w:p>
      <w:r>
        <w:rPr>
          <w:b w:val="0"/>
          <w:sz w:val="20"/>
        </w:rPr>
        <w:t>Any amendment or modification of this Gift Letter must be in writing and signed by both the Donor and the Recipient.</w:t>
      </w:r>
    </w:p>
    <w:p/>
    <w:p>
      <w:r>
        <w:rPr>
          <w:b/>
          <w:sz w:val="20"/>
        </w:rPr>
        <w:t>Severability:</w:t>
      </w:r>
    </w:p>
    <w:p>
      <w:r>
        <w:rPr>
          <w:b w:val="0"/>
          <w:sz w:val="20"/>
        </w:rPr>
        <w:t>If any provision of this Letter is found to be invalid or unenforceable by a court of competent jurisdiction, the remaining provisions shall continue in full force and effect.</w:t>
      </w:r>
    </w:p>
    <w:p/>
    <w:p/>
    <w:p>
      <w:pPr>
        <w:jc w:val="center"/>
      </w:pPr>
      <w:r>
        <w:rPr>
          <w:b w:val="0"/>
          <w:sz w:val="20"/>
        </w:rPr>
        <w:t>IN WITNESS WHEREOF, the parties have executed this Gift Letter as of the date set forth below.</w:t>
      </w:r>
    </w:p>
    <w:p/>
    <w:p/>
    <w:p>
      <w:r>
        <w:rPr>
          <w:b w:val="0"/>
          <w:sz w:val="20"/>
        </w:rPr>
        <w:t>Location of signing: ______________________________________________________</w:t>
      </w:r>
    </w:p>
    <w:p>
      <w:r>
        <w:rPr>
          <w:b w:val="0"/>
          <w:sz w:val="20"/>
        </w:rPr>
        <w:t>Date of signing: 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DONOR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w:t>
            </w:r>
          </w:p>
        </w:tc>
        <w:tc>
          <w:tcPr>
            <w:tcW w:type="dxa" w:w="4986"/>
            <w:tcBorders>
              <w:top w:val="nil"/>
              <w:left w:val="nil"/>
              <w:bottom w:val="nil"/>
              <w:right w:val="nil"/>
              <w:insideH w:val="nil"/>
              <w:insideV w:val="nil"/>
            </w:tcBorders>
          </w:tcPr>
          <w:p>
            <w:pPr>
              <w:jc w:val="center"/>
            </w:pPr>
            <w:r>
              <w:t>Printed Name: 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https://lettertemplate-us.com/gift-letter/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gift-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