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FORMAL RESIGNATION LETTER</w:t>
      </w:r>
    </w:p>
    <w:p/>
    <w:p>
      <w:r>
        <w:rPr>
          <w:b/>
          <w:sz w:val="20"/>
        </w:rPr>
        <w:t>Recipient Information:</w:t>
      </w:r>
    </w:p>
    <w:p>
      <w:r>
        <w:rPr>
          <w:b w:val="0"/>
          <w:sz w:val="20"/>
        </w:rPr>
        <w:t>Recipient Name: ________________________________________________</w:t>
      </w:r>
    </w:p>
    <w:p>
      <w:r>
        <w:rPr>
          <w:b w:val="0"/>
          <w:sz w:val="20"/>
        </w:rPr>
        <w:t>Title/Position: _________________________________________________</w:t>
      </w:r>
    </w:p>
    <w:p>
      <w:r>
        <w:rPr>
          <w:b w:val="0"/>
          <w:sz w:val="20"/>
        </w:rPr>
        <w:t>Company Name: _________________________________________________</w:t>
      </w:r>
    </w:p>
    <w:p>
      <w:r>
        <w:rPr>
          <w:b w:val="0"/>
          <w:sz w:val="20"/>
        </w:rPr>
        <w:t>Company Address: ______________________________________________</w:t>
      </w:r>
    </w:p>
    <w:p/>
    <w:p/>
    <w:p>
      <w:r>
        <w:rPr>
          <w:b w:val="0"/>
          <w:sz w:val="20"/>
        </w:rPr>
        <w:t>Dear ________________________________,</w:t>
      </w:r>
    </w:p>
    <w:p/>
    <w:p>
      <w:r>
        <w:rPr>
          <w:b w:val="0"/>
          <w:sz w:val="20"/>
        </w:rPr>
        <w:t>I am writing to formally resign from my position as ________________________ at ________________________________, effective two weeks from the date of this letter or as otherwise agreed upon.</w:t>
      </w:r>
    </w:p>
    <w:p/>
    <w:p>
      <w:r>
        <w:rPr>
          <w:b w:val="0"/>
          <w:sz w:val="20"/>
        </w:rPr>
        <w:t>I would like to express my sincere gratitude for the opportunities and professional development I have experienced during my time at the company. The support and guidance provided by you and my colleagues have been invaluable.</w:t>
      </w:r>
    </w:p>
    <w:p/>
    <w:p>
      <w:r>
        <w:rPr>
          <w:b w:val="0"/>
          <w:sz w:val="20"/>
        </w:rPr>
        <w:t>This decision comes after careful consideration, and while it was not easy, I believe it is in the best interest of my personal and professional growth.</w:t>
      </w:r>
    </w:p>
    <w:p/>
    <w:p>
      <w:r>
        <w:rPr>
          <w:b w:val="0"/>
          <w:sz w:val="20"/>
        </w:rPr>
        <w:t>During the remainder of my time here, I am committed to ensuring a smooth and effective transition. I am willing to assist in training my replacement and to complete any outstanding projects to the best of my ability.</w:t>
      </w:r>
    </w:p>
    <w:p/>
    <w:p>
      <w:r>
        <w:rPr>
          <w:b w:val="0"/>
          <w:sz w:val="20"/>
        </w:rPr>
        <w:t>Please let me know how I can be of assistance during this transition period. I am reachable at ____________________________ should you need to contact me after my departure.</w:t>
      </w:r>
    </w:p>
    <w:p/>
    <w:p>
      <w:r>
        <w:rPr>
          <w:b w:val="0"/>
          <w:sz w:val="20"/>
        </w:rPr>
        <w:t>Thank you once again for the opportunity to be part of ________________________________. I wish the company continued success in all its future endeavors.</w:t>
      </w:r>
    </w:p>
    <w:p/>
    <w:p/>
    <w:p>
      <w:r>
        <w:rPr>
          <w:b w:val="0"/>
          <w:sz w:val="20"/>
        </w:rPr>
        <w:t>Sincerely,</w:t>
      </w:r>
    </w:p>
    <w:p/>
    <w:p/>
    <w:p/>
    <w:p/>
    <w:p>
      <w:r>
        <w:rPr>
          <w:b w:val="0"/>
          <w:sz w:val="20"/>
        </w:rPr>
        <w:t>Signature: ________________________________</w:t>
      </w:r>
    </w:p>
    <w:p>
      <w:r>
        <w:rPr>
          <w:b w:val="0"/>
          <w:sz w:val="20"/>
        </w:rPr>
        <w:t>Printed Name: ________________________________</w:t>
      </w:r>
    </w:p>
    <w:p/>
    <w:p>
      <w:r>
        <w:rPr>
          <w:b w:val="0"/>
          <w:sz w:val="20"/>
        </w:rPr>
        <w:t>Date: ________________________________</w:t>
      </w:r>
    </w:p>
    <w:p/>
    <w:p/>
    <w:p>
      <w:r>
        <w:rPr>
          <w:b/>
          <w:sz w:val="20"/>
        </w:rPr>
        <w:t>CC:</w:t>
      </w:r>
    </w:p>
    <w:p>
      <w:r>
        <w:rPr>
          <w:b w:val="0"/>
          <w:sz w:val="20"/>
        </w:rPr>
        <w:t>Human Resources Department</w:t>
      </w:r>
    </w:p>
    <w:p>
      <w:r>
        <w:rPr>
          <w:b w:val="0"/>
          <w:sz w:val="20"/>
        </w:rPr>
        <w:t>Immediate Supervisor</w:t>
      </w:r>
    </w:p>
    <w:p>
      <w:r>
        <w:rPr>
          <w:b w:val="0"/>
          <w:sz w:val="20"/>
        </w:rPr>
        <w:t>Other relevant parties: ________________________________________________</w:t>
      </w:r>
    </w:p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Employee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Supervisor / Manager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https://lettertemplate-us.com/good-resignation-letter/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https://lettertemplate-us.com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lettertemplate-us.com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ttertemplate-us.com/good-resignation-letter/" TargetMode="External"/><Relationship Id="rId10" Type="http://schemas.openxmlformats.org/officeDocument/2006/relationships/hyperlink" Target="https://lettertemplate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