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GOODWILL ADJUSTMENT LETTER</w:t>
      </w:r>
    </w:p>
    <w:p/>
    <w:p/>
    <w:p>
      <w:r>
        <w:rPr>
          <w:b/>
          <w:sz w:val="20"/>
        </w:rPr>
        <w:t>To:</w:t>
      </w:r>
    </w:p>
    <w:p>
      <w:r>
        <w:rPr>
          <w:b w:val="0"/>
          <w:sz w:val="20"/>
        </w:rPr>
        <w:t>_______________________________________________________________</w:t>
      </w:r>
    </w:p>
    <w:p>
      <w:r>
        <w:rPr>
          <w:b w:val="0"/>
          <w:sz w:val="20"/>
        </w:rPr>
        <w:t>_______________________________________________________________</w:t>
      </w:r>
    </w:p>
    <w:p>
      <w:r>
        <w:rPr>
          <w:b w:val="0"/>
          <w:sz w:val="20"/>
        </w:rPr>
        <w:t>_______________________________________________________________</w:t>
      </w:r>
    </w:p>
    <w:p/>
    <w:p>
      <w:r>
        <w:rPr>
          <w:b/>
          <w:sz w:val="20"/>
        </w:rPr>
        <w:t>From:</w:t>
      </w:r>
    </w:p>
    <w:p>
      <w:r>
        <w:rPr>
          <w:b w:val="0"/>
          <w:sz w:val="20"/>
        </w:rPr>
        <w:t>_______________________________________________________________</w:t>
      </w:r>
    </w:p>
    <w:p>
      <w:r>
        <w:rPr>
          <w:b w:val="0"/>
          <w:sz w:val="20"/>
        </w:rPr>
        <w:t>_______________________________________________________________</w:t>
      </w:r>
    </w:p>
    <w:p>
      <w:r>
        <w:rPr>
          <w:b w:val="0"/>
          <w:sz w:val="20"/>
        </w:rPr>
        <w:t>_______________________________________________________________</w:t>
      </w:r>
    </w:p>
    <w:p/>
    <w:p/>
    <w:p>
      <w:r>
        <w:rPr>
          <w:b/>
          <w:sz w:val="20"/>
        </w:rPr>
        <w:t>Subject: Goodwill Adjustment Regarding Account Number __________________</w:t>
      </w:r>
    </w:p>
    <w:p/>
    <w:p/>
    <w:p>
      <w:r>
        <w:rPr>
          <w:b w:val="0"/>
          <w:sz w:val="20"/>
        </w:rPr>
        <w:t>Dear Sir or Madam,</w:t>
      </w:r>
    </w:p>
    <w:p/>
    <w:p>
      <w:r>
        <w:rPr>
          <w:b w:val="0"/>
          <w:sz w:val="20"/>
        </w:rPr>
        <w:t>This letter serves as a formal confirmation of a goodwill adjustment granted by the undersigned to the recipient concerning the referenced account. This adjustment is made voluntarily and in good faith, with the intention to maintain and enhance our business relationship.</w:t>
      </w:r>
    </w:p>
    <w:p/>
    <w:p>
      <w:r>
        <w:rPr>
          <w:b/>
          <w:sz w:val="20"/>
        </w:rPr>
        <w:t>Adjustment Details:</w:t>
      </w:r>
    </w:p>
    <w:p>
      <w:r>
        <w:rPr>
          <w:b w:val="0"/>
          <w:sz w:val="20"/>
        </w:rPr>
        <w:t>The goodwill adjustment applies to the following item(s) and/or transaction(s):</w:t>
      </w:r>
    </w:p>
    <w:p>
      <w:r>
        <w:rPr>
          <w:b w:val="0"/>
          <w:sz w:val="20"/>
        </w:rPr>
        <w:t>Description: ________________________________________________________________</w:t>
      </w:r>
    </w:p>
    <w:p>
      <w:r>
        <w:rPr>
          <w:b w:val="0"/>
          <w:sz w:val="20"/>
        </w:rPr>
        <w:t>Original Amount: _____________________________________________________________</w:t>
      </w:r>
    </w:p>
    <w:p>
      <w:r>
        <w:rPr>
          <w:b w:val="0"/>
          <w:sz w:val="20"/>
        </w:rPr>
        <w:t>Adjustment Amount: ___________________________________________________________</w:t>
      </w:r>
    </w:p>
    <w:p>
      <w:r>
        <w:rPr>
          <w:b w:val="0"/>
          <w:sz w:val="20"/>
        </w:rPr>
        <w:t>Reason for Adjustment: _______________________________________________________</w:t>
      </w:r>
    </w:p>
    <w:p/>
    <w:p>
      <w:r>
        <w:rPr>
          <w:b/>
          <w:sz w:val="20"/>
        </w:rPr>
        <w:t>Terms and Conditions:</w:t>
      </w:r>
    </w:p>
    <w:p>
      <w:r>
        <w:rPr>
          <w:b w:val="0"/>
          <w:sz w:val="20"/>
        </w:rPr>
        <w:t>1. This goodwill adjustment is issued solely as a courtesy and does not constitute an admission of liability or fault by the sender.</w:t>
      </w:r>
    </w:p>
    <w:p/>
    <w:p>
      <w:r>
        <w:rPr>
          <w:b w:val="0"/>
          <w:sz w:val="20"/>
        </w:rPr>
        <w:t>2. The recipient acknowledges and agrees that this adjustment is final and conclusive; no further claims shall be made regarding the adjusted amount.</w:t>
      </w:r>
    </w:p>
    <w:p/>
    <w:p>
      <w:r>
        <w:rPr>
          <w:b w:val="0"/>
          <w:sz w:val="20"/>
        </w:rPr>
        <w:t>3. This adjustment does not alter, amend, or waive any other terms, conditions, agreements, or obligations between the parties unless expressly stated herein.</w:t>
      </w:r>
    </w:p>
    <w:p/>
    <w:p>
      <w:r>
        <w:rPr>
          <w:b w:val="0"/>
          <w:sz w:val="20"/>
        </w:rPr>
        <w:t>4. The sender reserves all rights and remedies available under applicable law and contract in connection with any other matters not addressed by this letter.</w:t>
      </w:r>
    </w:p>
    <w:p/>
    <w:p>
      <w:r>
        <w:rPr>
          <w:b w:val="0"/>
          <w:sz w:val="20"/>
        </w:rPr>
        <w:t>5. This letter shall be governed by and construed in accordance with the laws of the United States of America and the applicable state jurisdiction.</w:t>
      </w:r>
    </w:p>
    <w:p/>
    <w:p>
      <w:r>
        <w:rPr>
          <w:b w:val="0"/>
          <w:sz w:val="20"/>
        </w:rPr>
        <w:t>6. Any disputes arising out of or relating to this goodwill adjustment shall be subject to the exclusive jurisdiction of the courts located in __________________.</w:t>
      </w:r>
    </w:p>
    <w:p/>
    <w:p>
      <w:r>
        <w:rPr>
          <w:b/>
          <w:sz w:val="20"/>
        </w:rPr>
        <w:t>Recipient Acknowledgment:</w:t>
      </w:r>
    </w:p>
    <w:p>
      <w:r>
        <w:rPr>
          <w:b w:val="0"/>
          <w:sz w:val="20"/>
        </w:rPr>
        <w:t>By signing below, the recipient acknowledges receipt of this goodwill adjustment letter and agrees to the terms and conditions contained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 (SENDER)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w:t>
              <w:br/>
              <w:t>Title: ___________________________</w:t>
            </w:r>
          </w:p>
        </w:tc>
        <w:tc>
          <w:tcPr>
            <w:tcW w:type="dxa" w:w="4986"/>
            <w:tcBorders>
              <w:top w:val="nil"/>
              <w:left w:val="nil"/>
              <w:bottom w:val="nil"/>
              <w:right w:val="nil"/>
              <w:insideH w:val="nil"/>
              <w:insideV w:val="nil"/>
            </w:tcBorders>
          </w:tcPr>
          <w:p>
            <w:pPr>
              <w:jc w:val="center"/>
            </w:pPr>
            <w:r>
              <w:t>Name: ____________________________</w:t>
              <w:br/>
              <w:t>Title: ___________________________</w:t>
            </w:r>
          </w:p>
        </w:tc>
      </w:tr>
    </w:tbl>
    <w:p/>
    <w:p/>
    <w:p>
      <w:r>
        <w:rPr>
          <w:b/>
          <w:sz w:val="20"/>
        </w:rPr>
        <w:t>Additional Notes:</w:t>
      </w:r>
    </w:p>
    <w:p>
      <w:r>
        <w:rPr>
          <w:b w:val="0"/>
          <w:sz w:val="20"/>
        </w:rPr>
        <w:t>________________________________________________________________________________</w:t>
      </w:r>
    </w:p>
    <w:p>
      <w:r>
        <w:rPr>
          <w:b w:val="0"/>
          <w:sz w:val="20"/>
        </w:rPr>
        <w:t>________________________________________________________________________________</w:t>
      </w:r>
    </w:p>
    <w:p>
      <w:r>
        <w:rPr>
          <w:b w:val="0"/>
          <w:sz w:val="20"/>
        </w:rPr>
        <w:t>________________________________________________________________________________</w:t>
      </w:r>
    </w:p>
    <w:p/>
    <w:p>
      <w:r>
        <w:rPr>
          <w:b w:val="0"/>
          <w:sz w:val="20"/>
        </w:rPr>
        <w:t>Sincerely,</w:t>
      </w:r>
    </w:p>
    <w:p/>
    <w:p/>
    <w:p/>
    <w:p/>
    <w:p>
      <w:r>
        <w:rPr>
          <w:b w:val="0"/>
          <w:sz w:val="20"/>
        </w:rPr>
        <w:t>____________________________________________________</w:t>
      </w:r>
    </w:p>
    <w:p>
      <w:r>
        <w:rPr>
          <w:b w:val="0"/>
          <w:sz w:val="20"/>
        </w:rPr>
        <w:t>Authorized Signature</w:t>
      </w:r>
    </w:p>
    <w:p/>
    <w:p/>
    <w:p>
      <w:r>
        <w:br w:type="page"/>
      </w:r>
    </w:p>
    <w:p>
      <w:pPr>
        <w:jc w:val="center"/>
      </w:pPr>
      <w:r>
        <w:rPr>
          <w:color w:val="555555"/>
          <w:sz w:val="24"/>
        </w:rPr>
        <w:t>Original source of this document:</w:t>
      </w:r>
    </w:p>
    <w:p>
      <w:pPr>
        <w:jc w:val="center"/>
      </w:pPr>
      <w:hyperlink r:id="rId9">
        <w:r>
          <w:rPr>
            <w:color w:val="0000FF"/>
            <w:u w:val="single"/>
          </w:rPr>
          <w:t>https://lettertemplate-us.com/goodwill-adjustment-letter/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goodwill-adjustmen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