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GOODWILL DELETION LETTER FOR PAID COLLECTION</w:t>
      </w:r>
    </w:p>
    <w:p/>
    <w:p/>
    <w:p>
      <w:r>
        <w:rPr>
          <w:b/>
          <w:sz w:val="20"/>
        </w:rPr>
        <w:t>To:</w:t>
      </w:r>
    </w:p>
    <w:p>
      <w:r>
        <w:rPr>
          <w:b w:val="0"/>
          <w:sz w:val="20"/>
        </w:rPr>
        <w:t>Credit Reporting Agency</w:t>
      </w:r>
    </w:p>
    <w:p>
      <w:r>
        <w:rPr>
          <w:b w:val="0"/>
          <w:sz w:val="20"/>
        </w:rPr>
        <w:t>Address Line 1</w:t>
      </w:r>
    </w:p>
    <w:p>
      <w:r>
        <w:rPr>
          <w:b w:val="0"/>
          <w:sz w:val="20"/>
        </w:rPr>
        <w:t>Address Line 2</w:t>
      </w:r>
    </w:p>
    <w:p>
      <w:r>
        <w:rPr>
          <w:b w:val="0"/>
          <w:sz w:val="20"/>
        </w:rPr>
        <w:t>City, State ZIP</w:t>
      </w:r>
    </w:p>
    <w:p/>
    <w:p/>
    <w:p>
      <w:r>
        <w:rPr>
          <w:b/>
          <w:sz w:val="20"/>
        </w:rPr>
        <w:t>Subject: Request for Goodwill Deletion of Paid Collection Account</w:t>
      </w:r>
    </w:p>
    <w:p/>
    <w:p/>
    <w:p>
      <w:r>
        <w:rPr>
          <w:b w:val="0"/>
          <w:sz w:val="20"/>
        </w:rPr>
        <w:t>Dear Credit Reporting Agency,</w:t>
      </w:r>
    </w:p>
    <w:p/>
    <w:p>
      <w:r>
        <w:rPr>
          <w:b w:val="0"/>
          <w:sz w:val="20"/>
        </w:rPr>
        <w:t>I am writing to formally request a goodwill deletion of a paid collection account that is currently reported on my credit file. This account has been paid in full, and I am respectfully asking that it be removed as a gesture of goodwill to improve my credit standing.</w:t>
      </w:r>
    </w:p>
    <w:p/>
    <w:p>
      <w:r>
        <w:rPr>
          <w:b/>
          <w:sz w:val="20"/>
        </w:rPr>
        <w:t>Account Information:</w:t>
      </w:r>
    </w:p>
    <w:p>
      <w:r>
        <w:rPr>
          <w:b w:val="0"/>
          <w:sz w:val="20"/>
        </w:rPr>
        <w:t>Creditor Name: ______________________________________________</w:t>
      </w:r>
    </w:p>
    <w:p>
      <w:r>
        <w:rPr>
          <w:b w:val="0"/>
          <w:sz w:val="20"/>
        </w:rPr>
        <w:t>Account Number: ____________________________________________</w:t>
      </w:r>
    </w:p>
    <w:p>
      <w:r>
        <w:rPr>
          <w:b w:val="0"/>
          <w:sz w:val="20"/>
        </w:rPr>
        <w:t>Date of Original Delinquency: _______________________________</w:t>
      </w:r>
    </w:p>
    <w:p>
      <w:r>
        <w:rPr>
          <w:b w:val="0"/>
          <w:sz w:val="20"/>
        </w:rPr>
        <w:t>Date Paid in Full: __________________________________________</w:t>
      </w:r>
    </w:p>
    <w:p>
      <w:r>
        <w:rPr>
          <w:b w:val="0"/>
          <w:sz w:val="20"/>
        </w:rPr>
        <w:t>Amount Paid: _______________________________________________</w:t>
      </w:r>
    </w:p>
    <w:p/>
    <w:p>
      <w:r>
        <w:rPr>
          <w:b w:val="0"/>
          <w:sz w:val="20"/>
        </w:rPr>
        <w:t>I acknowledge that I was responsible for this debt and have taken full responsibility by paying the balance in full. Since the payment, I have made significant efforts to improve my overall financial management and credit habits. I kindly ask you to consider removing this paid collection account from my credit report as a goodwill gesture to reflect my commitment to maintaining good credit.</w:t>
      </w:r>
    </w:p>
    <w:p/>
    <w:p>
      <w:r>
        <w:rPr>
          <w:b w:val="0"/>
          <w:sz w:val="20"/>
        </w:rPr>
        <w:t>Please understand that this request is made in good faith and is not intended to dispute the accuracy of the information reported, which is accurate and verified. Removal of this account will assist me greatly in achieving my financial goals.</w:t>
      </w:r>
    </w:p>
    <w:p/>
    <w:p>
      <w:r>
        <w:rPr>
          <w:b w:val="0"/>
          <w:sz w:val="20"/>
        </w:rPr>
        <w:t>I would appreciate written confirmation of your receipt of this letter and notification of the results after your review. Thank you for your time and consideration in this matter.</w:t>
      </w:r>
    </w:p>
    <w:p/>
    <w:p/>
    <w:p>
      <w:r>
        <w:rPr>
          <w:b w:val="0"/>
          <w:sz w:val="20"/>
        </w:rPr>
        <w:t>Sincerely,</w:t>
      </w:r>
    </w:p>
    <w:p/>
    <w:p/>
    <w:p/>
    <w:p/>
    <w:p>
      <w:r>
        <w:rPr>
          <w:b w:val="0"/>
          <w:sz w:val="20"/>
        </w:rPr>
        <w:t>_______________________________________</w:t>
      </w:r>
    </w:p>
    <w:p>
      <w:r>
        <w:rPr>
          <w:b w:val="0"/>
          <w:sz w:val="20"/>
        </w:rPr>
        <w:t>Print Name: _________________________________________________</w:t>
      </w:r>
    </w:p>
    <w:p>
      <w:r>
        <w:rPr>
          <w:b w:val="0"/>
          <w:sz w:val="20"/>
        </w:rPr>
        <w:t>Address: _____________________________________________________</w:t>
      </w:r>
    </w:p>
    <w:p>
      <w:r>
        <w:rPr>
          <w:b w:val="0"/>
          <w:sz w:val="20"/>
        </w:rPr>
        <w:t>Phone Number: _______________________________________________</w:t>
      </w:r>
    </w:p>
    <w:p>
      <w:r>
        <w:rPr>
          <w:b w:val="0"/>
          <w:sz w:val="20"/>
        </w:rPr>
        <w:t>Email Address: _______________________________________________</w:t>
      </w:r>
    </w:p>
    <w:p/>
    <w:p/>
    <w:p>
      <w:r>
        <w:rPr>
          <w:b w:val="0"/>
          <w:sz w:val="20"/>
        </w:rPr>
        <w:t>Date: 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 Signature</w:t>
            </w:r>
          </w:p>
        </w:tc>
        <w:tc>
          <w:tcPr>
            <w:tcW w:type="dxa" w:w="4986"/>
            <w:tcBorders>
              <w:top w:val="nil"/>
              <w:left w:val="nil"/>
              <w:bottom w:val="nil"/>
              <w:right w:val="nil"/>
              <w:insideH w:val="nil"/>
              <w:insideV w:val="nil"/>
            </w:tcBorders>
          </w:tcPr>
          <w:p>
            <w:pPr>
              <w:jc w:val="center"/>
            </w:pPr>
            <w:r>
              <w:t>Witness Signature (if applicable)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https://lettertemplate-us.com/goodwill-deletion-letter-for-paid-collection/</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goodwill-deletion-letter-for-paid-collection/"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