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LETTER OF INTENT FOR GRANT AGREEMENT</w:t>
      </w:r>
    </w:p>
    <w:p/>
    <w:p/>
    <w:p>
      <w:r>
        <w:rPr>
          <w:b w:val="0"/>
          <w:sz w:val="20"/>
        </w:rPr>
        <w:t>This Letter of Intent ("LOI") sets forth the preliminary understanding between the Grantor and the Grantee regarding the proposed grant under the terms and conditions described herein.</w:t>
      </w:r>
    </w:p>
    <w:p/>
    <w:p>
      <w:r>
        <w:rPr>
          <w:b/>
          <w:sz w:val="20"/>
        </w:rPr>
        <w:t>Parties:</w:t>
      </w:r>
    </w:p>
    <w:p>
      <w:r>
        <w:rPr>
          <w:b w:val="0"/>
          <w:sz w:val="20"/>
        </w:rPr>
        <w:t>Grantor: ____________________________________________________________</w:t>
      </w:r>
    </w:p>
    <w:p>
      <w:r>
        <w:rPr>
          <w:b w:val="0"/>
          <w:sz w:val="20"/>
        </w:rPr>
        <w:t>Address: ____________________________________________________________</w:t>
      </w:r>
    </w:p>
    <w:p>
      <w:r>
        <w:rPr>
          <w:b w:val="0"/>
          <w:sz w:val="20"/>
        </w:rPr>
        <w:t>Contact Person: _____________________________________________________</w:t>
      </w:r>
    </w:p>
    <w:p>
      <w:r>
        <w:rPr>
          <w:b w:val="0"/>
          <w:sz w:val="20"/>
        </w:rPr>
        <w:t>Phone: ______________________________________________________________</w:t>
      </w:r>
    </w:p>
    <w:p/>
    <w:p>
      <w:r>
        <w:rPr>
          <w:b w:val="0"/>
          <w:sz w:val="20"/>
        </w:rPr>
        <w:t>Grantee: ____________________________________________________________</w:t>
      </w:r>
    </w:p>
    <w:p>
      <w:r>
        <w:rPr>
          <w:b w:val="0"/>
          <w:sz w:val="20"/>
        </w:rPr>
        <w:t>Address: ____________________________________________________________</w:t>
      </w:r>
    </w:p>
    <w:p>
      <w:r>
        <w:rPr>
          <w:b w:val="0"/>
          <w:sz w:val="20"/>
        </w:rPr>
        <w:t>Contact Person: _____________________________________________________</w:t>
      </w:r>
    </w:p>
    <w:p>
      <w:r>
        <w:rPr>
          <w:b w:val="0"/>
          <w:sz w:val="20"/>
        </w:rPr>
        <w:t>Phone: ______________________________________________________________</w:t>
      </w:r>
    </w:p>
    <w:p/>
    <w:p>
      <w:r>
        <w:rPr>
          <w:b/>
          <w:sz w:val="20"/>
        </w:rPr>
        <w:t>Purpose of Grant:</w:t>
      </w:r>
    </w:p>
    <w:p>
      <w:r>
        <w:rPr>
          <w:b w:val="0"/>
          <w:sz w:val="20"/>
        </w:rPr>
        <w:t>The purpose of this grant is to support the following project, program, or initiative:</w:t>
      </w:r>
    </w:p>
    <w:p>
      <w:r>
        <w:rPr>
          <w:b w:val="0"/>
          <w:sz w:val="20"/>
        </w:rPr>
        <w:t>_____________________________________________________________________</w:t>
      </w:r>
    </w:p>
    <w:p>
      <w:r>
        <w:rPr>
          <w:b w:val="0"/>
          <w:sz w:val="20"/>
        </w:rPr>
        <w:t>_____________________________________________________________________</w:t>
      </w:r>
    </w:p>
    <w:p>
      <w:r>
        <w:rPr>
          <w:b w:val="0"/>
          <w:sz w:val="20"/>
        </w:rPr>
        <w:t>_____________________________________________________________________</w:t>
      </w:r>
    </w:p>
    <w:p/>
    <w:p>
      <w:r>
        <w:rPr>
          <w:b/>
          <w:sz w:val="20"/>
        </w:rPr>
        <w:t>Grant Amount and Disbursement:</w:t>
      </w:r>
    </w:p>
    <w:p>
      <w:r>
        <w:rPr>
          <w:b w:val="0"/>
          <w:sz w:val="20"/>
        </w:rPr>
        <w:t>Total Grant Amount: $____________________</w:t>
      </w:r>
    </w:p>
    <w:p>
      <w:r>
        <w:rPr>
          <w:b w:val="0"/>
          <w:sz w:val="20"/>
        </w:rPr>
        <w:t>Disbursement Schedule and Conditions:</w:t>
      </w:r>
    </w:p>
    <w:p>
      <w:r>
        <w:rPr>
          <w:b w:val="0"/>
          <w:sz w:val="20"/>
        </w:rPr>
        <w:t>_____________________________________________________________________</w:t>
      </w:r>
    </w:p>
    <w:p>
      <w:r>
        <w:rPr>
          <w:b w:val="0"/>
          <w:sz w:val="20"/>
        </w:rPr>
        <w:t>_____________________________________________________________________</w:t>
      </w:r>
    </w:p>
    <w:p/>
    <w:p>
      <w:r>
        <w:rPr>
          <w:b/>
          <w:sz w:val="20"/>
        </w:rPr>
        <w:t>Term and Duration:</w:t>
      </w:r>
    </w:p>
    <w:p>
      <w:r>
        <w:rPr>
          <w:b w:val="0"/>
          <w:sz w:val="20"/>
        </w:rPr>
        <w:t>This LOI shall remain in effect until the execution of a definitive Grant Agreement or until terminated by either party upon written notice.</w:t>
      </w:r>
    </w:p>
    <w:p>
      <w:r>
        <w:rPr>
          <w:b w:val="0"/>
          <w:sz w:val="20"/>
        </w:rPr>
        <w:t>The anticipated grant period is from __________________ to __________________.</w:t>
      </w:r>
    </w:p>
    <w:p/>
    <w:p>
      <w:r>
        <w:rPr>
          <w:b/>
          <w:sz w:val="20"/>
        </w:rPr>
        <w:t>Use of Funds:</w:t>
      </w:r>
    </w:p>
    <w:p>
      <w:r>
        <w:rPr>
          <w:b w:val="0"/>
          <w:sz w:val="20"/>
        </w:rPr>
        <w:t>The Grantee agrees to use the grant funds solely for the purposes described above and in accordance with the budget and timelines mutually agreed upon.</w:t>
      </w:r>
    </w:p>
    <w:p>
      <w:r>
        <w:rPr>
          <w:b w:val="0"/>
          <w:sz w:val="20"/>
        </w:rPr>
        <w:t>Any deviation from the budget or scope requires prior written approval from the Grantor.</w:t>
      </w:r>
    </w:p>
    <w:p/>
    <w:p>
      <w:r>
        <w:rPr>
          <w:b/>
          <w:sz w:val="20"/>
        </w:rPr>
        <w:t>Reporting Requirements:</w:t>
      </w:r>
    </w:p>
    <w:p>
      <w:r>
        <w:rPr>
          <w:b w:val="0"/>
          <w:sz w:val="20"/>
        </w:rPr>
        <w:t>The Grantee shall provide periodic reports to the Grantor as follows:</w:t>
      </w:r>
    </w:p>
    <w:p>
      <w:r>
        <w:rPr>
          <w:b w:val="0"/>
          <w:sz w:val="20"/>
        </w:rPr>
        <w:t>- Progress Reports: ___________________________________________________</w:t>
      </w:r>
    </w:p>
    <w:p>
      <w:r>
        <w:rPr>
          <w:b w:val="0"/>
          <w:sz w:val="20"/>
        </w:rPr>
        <w:t>- Financial Reports: _________________________________________________</w:t>
      </w:r>
    </w:p>
    <w:p>
      <w:r>
        <w:rPr>
          <w:b w:val="0"/>
          <w:sz w:val="20"/>
        </w:rPr>
        <w:t>- Final Report: ______________________________________________________</w:t>
      </w:r>
    </w:p>
    <w:p/>
    <w:p>
      <w:r>
        <w:rPr>
          <w:b/>
          <w:sz w:val="20"/>
        </w:rPr>
        <w:t>Compliance with Laws and Regulations:</w:t>
      </w:r>
    </w:p>
    <w:p>
      <w:r>
        <w:rPr>
          <w:b w:val="0"/>
          <w:sz w:val="20"/>
        </w:rPr>
        <w:t>The Grantee shall comply with all applicable federal, state, and local laws, regulations, and ordinances in carrying out the activities funded by this grant.</w:t>
      </w:r>
    </w:p>
    <w:p/>
    <w:p>
      <w:r>
        <w:rPr>
          <w:b/>
          <w:sz w:val="20"/>
        </w:rPr>
        <w:t>Confidentiality:</w:t>
      </w:r>
    </w:p>
    <w:p>
      <w:r>
        <w:rPr>
          <w:b w:val="0"/>
          <w:sz w:val="20"/>
        </w:rPr>
        <w:t>Both parties agree to maintain the confidentiality of any proprietary or sensitive information exchanged in connection with this LOI and subsequent Grant Agreement.</w:t>
      </w:r>
    </w:p>
    <w:p/>
    <w:p>
      <w:r>
        <w:rPr>
          <w:b/>
          <w:sz w:val="20"/>
        </w:rPr>
        <w:t>Intellectual Property:</w:t>
      </w:r>
    </w:p>
    <w:p>
      <w:r>
        <w:rPr>
          <w:b w:val="0"/>
          <w:sz w:val="20"/>
        </w:rPr>
        <w:t>Ownership of any intellectual property developed with grant funds shall be governed by the terms of the definitive Grant Agreement.</w:t>
      </w:r>
    </w:p>
    <w:p/>
    <w:p>
      <w:r>
        <w:rPr>
          <w:b/>
          <w:sz w:val="20"/>
        </w:rPr>
        <w:t>Termination:</w:t>
      </w:r>
    </w:p>
    <w:p>
      <w:r>
        <w:rPr>
          <w:b w:val="0"/>
          <w:sz w:val="20"/>
        </w:rPr>
        <w:t>Either party may terminate this LOI upon written notice to the other party. Upon termination, no further obligations shall be incurred except as otherwise agreed.</w:t>
      </w:r>
    </w:p>
    <w:p/>
    <w:p>
      <w:r>
        <w:rPr>
          <w:b/>
          <w:sz w:val="20"/>
        </w:rPr>
        <w:t>Binding Nature of LOI:</w:t>
      </w:r>
    </w:p>
    <w:p>
      <w:r>
        <w:rPr>
          <w:b w:val="0"/>
          <w:sz w:val="20"/>
        </w:rPr>
        <w:t>This LOI is intended as a statement of mutual intentions and does not constitute a legally binding agreement except for the sections titled Confidentiality and Governing Law which shall be binding.</w:t>
      </w:r>
    </w:p>
    <w:p/>
    <w:p>
      <w:r>
        <w:rPr>
          <w:b/>
          <w:sz w:val="20"/>
        </w:rPr>
        <w:t>Governing Law:</w:t>
      </w:r>
    </w:p>
    <w:p>
      <w:r>
        <w:rPr>
          <w:b w:val="0"/>
          <w:sz w:val="20"/>
        </w:rPr>
        <w:t>This LOI shall be governed by and construed in accordance with the laws of the United States of America and the applicable state law without regard to conflict of law principles.</w:t>
      </w:r>
    </w:p>
    <w:p/>
    <w:p>
      <w:r>
        <w:rPr>
          <w:b/>
          <w:sz w:val="20"/>
        </w:rPr>
        <w:t>Entire Agreement:</w:t>
      </w:r>
    </w:p>
    <w:p>
      <w:r>
        <w:rPr>
          <w:b w:val="0"/>
          <w:sz w:val="20"/>
        </w:rPr>
        <w:t>This LOI constitutes the entire understanding between the parties with respect to the subject matter hereof and supersedes all prior discussions and agreements.</w:t>
      </w:r>
    </w:p>
    <w:p/>
    <w:p/>
    <w:p>
      <w:pPr>
        <w:jc w:val="center"/>
      </w:pPr>
      <w:r>
        <w:rPr>
          <w:b/>
          <w:sz w:val="20"/>
        </w:rPr>
        <w:t>IN WITNESS WHEREOF, the parties have executed this Letter of Intent as of the date indicated below.</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GRANTOR</w:t>
            </w:r>
          </w:p>
        </w:tc>
        <w:tc>
          <w:tcPr>
            <w:tcW w:type="dxa" w:w="4986"/>
            <w:tcBorders>
              <w:top w:val="nil"/>
              <w:left w:val="nil"/>
              <w:bottom w:val="nil"/>
              <w:right w:val="nil"/>
              <w:insideH w:val="nil"/>
              <w:insideV w:val="nil"/>
            </w:tcBorders>
          </w:tcPr>
          <w:p>
            <w:pPr>
              <w:jc w:val="center"/>
            </w:pPr>
            <w:r>
              <w:t>GRANTEE</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Printed Name: ______________________</w:t>
            </w:r>
          </w:p>
        </w:tc>
        <w:tc>
          <w:tcPr>
            <w:tcW w:type="dxa" w:w="4986"/>
            <w:tcBorders>
              <w:top w:val="nil"/>
              <w:left w:val="nil"/>
              <w:bottom w:val="nil"/>
              <w:right w:val="nil"/>
              <w:insideH w:val="nil"/>
              <w:insideV w:val="nil"/>
            </w:tcBorders>
          </w:tcPr>
          <w:p>
            <w:pPr>
              <w:jc w:val="center"/>
            </w:pPr>
            <w:r>
              <w:t>Printed Name: ______________________</w:t>
            </w:r>
          </w:p>
        </w:tc>
      </w:tr>
      <w:tr>
        <w:tc>
          <w:tcPr>
            <w:tcW w:type="dxa" w:w="4986"/>
            <w:tcBorders>
              <w:top w:val="nil"/>
              <w:left w:val="nil"/>
              <w:bottom w:val="nil"/>
              <w:right w:val="nil"/>
              <w:insideH w:val="nil"/>
              <w:insideV w:val="nil"/>
            </w:tcBorders>
          </w:tcPr>
          <w:p>
            <w:pPr>
              <w:jc w:val="center"/>
            </w:pPr>
            <w:r>
              <w:t>Title/Position: _____________________</w:t>
            </w:r>
          </w:p>
        </w:tc>
        <w:tc>
          <w:tcPr>
            <w:tcW w:type="dxa" w:w="4986"/>
            <w:tcBorders>
              <w:top w:val="nil"/>
              <w:left w:val="nil"/>
              <w:bottom w:val="nil"/>
              <w:right w:val="nil"/>
              <w:insideH w:val="nil"/>
              <w:insideV w:val="nil"/>
            </w:tcBorders>
          </w:tcPr>
          <w:p>
            <w:pPr>
              <w:jc w:val="center"/>
            </w:pPr>
            <w:r>
              <w:t>Title/Position: _____________________</w:t>
            </w:r>
          </w:p>
        </w:tc>
      </w:tr>
    </w:tbl>
    <w:p/>
    <w:p>
      <w:pPr>
        <w:jc w:val="center"/>
      </w:pPr>
      <w:r>
        <w:rPr>
          <w:b w:val="0"/>
          <w:sz w:val="20"/>
        </w:rPr>
        <w:t>Date: ________________________________</w:t>
      </w:r>
    </w:p>
    <w:p>
      <w:pPr>
        <w:jc w:val="center"/>
      </w:pPr>
      <w:r>
        <w:rPr>
          <w:b w:val="0"/>
          <w:sz w:val="20"/>
        </w:rPr>
        <w:t>Date: ________________________________</w:t>
      </w:r>
    </w:p>
    <w:p>
      <w:r>
        <w:br w:type="page"/>
      </w:r>
    </w:p>
    <w:p>
      <w:pPr>
        <w:jc w:val="center"/>
      </w:pPr>
      <w:r>
        <w:rPr>
          <w:color w:val="555555"/>
          <w:sz w:val="24"/>
        </w:rPr>
        <w:t>Original source of this document:</w:t>
      </w:r>
    </w:p>
    <w:p>
      <w:pPr>
        <w:jc w:val="center"/>
      </w:pPr>
      <w:hyperlink r:id="rId9">
        <w:r>
          <w:rPr>
            <w:color w:val="0000FF"/>
            <w:u w:val="single"/>
          </w:rPr>
          <w:t>https://lettertemplate-us.com/grant-letter-of-intent/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https://lettertemplate-us.com</w:t>
        </w:r>
      </w:hyperlink>
    </w:p>
    <w:p>
      <w:pPr>
        <w:jc w:val="center"/>
      </w:pPr>
      <w:r>
        <w:rPr>
          <w:color w:val="808080"/>
          <w:sz w:val="20"/>
        </w:rPr>
        <w:t>This template is intended exclusively for personal, non-commercial use.</w:t>
        <w:br/>
        <w:t>If distributed or published, the source must be mentioned. © lettertemplate-us.com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ttertemplate-us.com/grant-letter-of-intent/" TargetMode="External"/><Relationship Id="rId10" Type="http://schemas.openxmlformats.org/officeDocument/2006/relationships/hyperlink" Target="https://lettertemplate-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