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HOSPITAL PATIENT DISCHARGE LETTER</w:t>
      </w:r>
    </w:p>
    <w:p/>
    <w:p>
      <w:r>
        <w:rPr>
          <w:b/>
          <w:sz w:val="20"/>
        </w:rPr>
        <w:t>Hospital Name: __________________________________________________________</w:t>
      </w:r>
    </w:p>
    <w:p>
      <w:r>
        <w:rPr>
          <w:b/>
          <w:sz w:val="20"/>
        </w:rPr>
        <w:t>Address: ________________________________________________________________</w:t>
      </w:r>
    </w:p>
    <w:p>
      <w:r>
        <w:rPr>
          <w:b/>
          <w:sz w:val="20"/>
        </w:rPr>
        <w:t>Phone: _________________________________________________________________</w:t>
      </w:r>
    </w:p>
    <w:p>
      <w:r>
        <w:rPr>
          <w:b/>
          <w:sz w:val="20"/>
        </w:rPr>
        <w:t>Fax: ___________________________________________________________________</w:t>
      </w:r>
    </w:p>
    <w:p>
      <w:r>
        <w:rPr>
          <w:b/>
          <w:sz w:val="20"/>
        </w:rPr>
        <w:t>Email: _________________________________________________________________</w:t>
      </w:r>
    </w:p>
    <w:p/>
    <w:p/>
    <w:p>
      <w:r>
        <w:rPr>
          <w:b/>
          <w:sz w:val="22"/>
        </w:rPr>
        <w:t>Patient Information:</w:t>
      </w:r>
    </w:p>
    <w:p>
      <w:r>
        <w:rPr>
          <w:b w:val="0"/>
          <w:sz w:val="20"/>
        </w:rPr>
        <w:t>Full Name: ______________________________________________________________</w:t>
      </w:r>
    </w:p>
    <w:p>
      <w:r>
        <w:rPr>
          <w:b w:val="0"/>
          <w:sz w:val="20"/>
        </w:rPr>
        <w:t>Patient ID / Medical Record No.: __________________________________________</w:t>
      </w:r>
    </w:p>
    <w:p>
      <w:r>
        <w:rPr>
          <w:b w:val="0"/>
          <w:sz w:val="20"/>
        </w:rPr>
        <w:t>Date of Admission: _______________________________________________________</w:t>
      </w:r>
    </w:p>
    <w:p>
      <w:r>
        <w:rPr>
          <w:b w:val="0"/>
          <w:sz w:val="20"/>
        </w:rPr>
        <w:t>Date of Discharge: _______________________________________________________</w:t>
      </w:r>
    </w:p>
    <w:p>
      <w:r>
        <w:rPr>
          <w:b w:val="0"/>
          <w:sz w:val="20"/>
        </w:rPr>
        <w:t>Attending Physician: ____________________________________________________</w:t>
      </w:r>
    </w:p>
    <w:p>
      <w:r>
        <w:rPr>
          <w:b w:val="0"/>
          <w:sz w:val="20"/>
        </w:rPr>
        <w:t>Consulting Physicians: ___________________________________________________</w:t>
      </w:r>
    </w:p>
    <w:p/>
    <w:p>
      <w:r>
        <w:rPr>
          <w:b/>
          <w:sz w:val="22"/>
        </w:rPr>
        <w:t>Reason for Admission: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Hospital Course and Treatment Provided:</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Primary Diagnosis:</w:t>
      </w:r>
    </w:p>
    <w:p>
      <w:r>
        <w:rPr>
          <w:b w:val="0"/>
          <w:sz w:val="20"/>
        </w:rPr>
        <w:t>__________________________________________________________________________</w:t>
      </w:r>
    </w:p>
    <w:p/>
    <w:p>
      <w:r>
        <w:rPr>
          <w:b/>
          <w:sz w:val="22"/>
        </w:rPr>
        <w:t>Secondary Diagnoses / Comorbidities:</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Procedures Performed:</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Relevant Diagnostic Tests and Results:</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Condition at Discharge:</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Medications Prescribed at Discharge:</w:t>
      </w:r>
    </w:p>
    <w:p>
      <w:r>
        <w:rPr>
          <w:b w:val="0"/>
          <w:sz w:val="20"/>
        </w:rPr>
        <w:t>1. __________________________________________________________ Dosage: __________ Frequency: __________</w:t>
      </w:r>
    </w:p>
    <w:p>
      <w:r>
        <w:rPr>
          <w:b w:val="0"/>
          <w:sz w:val="20"/>
        </w:rPr>
        <w:t>2. __________________________________________________________ Dosage: __________ Frequency: __________</w:t>
      </w:r>
    </w:p>
    <w:p>
      <w:r>
        <w:rPr>
          <w:b w:val="0"/>
          <w:sz w:val="20"/>
        </w:rPr>
        <w:t>3. __________________________________________________________ Dosage: __________ Frequency: __________</w:t>
      </w:r>
    </w:p>
    <w:p>
      <w:r>
        <w:rPr>
          <w:b w:val="0"/>
          <w:sz w:val="20"/>
        </w:rPr>
        <w:t>4. __________________________________________________________ Dosage: __________ Frequency: __________</w:t>
      </w:r>
    </w:p>
    <w:p>
      <w:r>
        <w:rPr>
          <w:b w:val="0"/>
          <w:sz w:val="20"/>
        </w:rPr>
        <w:t>5. __________________________________________________________ Dosage: __________ Frequency: __________</w:t>
      </w:r>
    </w:p>
    <w:p/>
    <w:p>
      <w:r>
        <w:rPr>
          <w:b/>
          <w:sz w:val="22"/>
        </w:rPr>
        <w:t>Follow-up Care and Instructions: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Activity Level:</w:t>
      </w:r>
    </w:p>
    <w:p>
      <w:r>
        <w:rPr>
          <w:b w:val="0"/>
          <w:sz w:val="20"/>
        </w:rPr>
        <w:t>__________________________________________________________________________</w:t>
      </w:r>
    </w:p>
    <w:p/>
    <w:p>
      <w:r>
        <w:rPr>
          <w:b/>
          <w:sz w:val="22"/>
        </w:rPr>
        <w:t>Dietary Instructions:</w:t>
      </w:r>
    </w:p>
    <w:p>
      <w:r>
        <w:rPr>
          <w:b w:val="0"/>
          <w:sz w:val="20"/>
        </w:rPr>
        <w:t>__________________________________________________________________________</w:t>
      </w:r>
    </w:p>
    <w:p/>
    <w:p>
      <w:r>
        <w:rPr>
          <w:b/>
          <w:sz w:val="22"/>
        </w:rPr>
        <w:t>Warning Signs and When to Seek Immediate Medical Attention: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Legal Disclaimer and Patient Consent:</w:t>
      </w:r>
    </w:p>
    <w:p>
      <w:r>
        <w:rPr>
          <w:b w:val="0"/>
          <w:sz w:val="20"/>
        </w:rPr>
        <w:t>The undersigned patient confirms that they have received and understood the discharge instructions, including medication regimen, follow-up appointments, and warning signs. The hospital and attending physician have provided all necessary information for safe continuation of care. The patient understands that failure to adhere to these instructions may result in adverse health outcomes. This discharge letter is issued in accordance with applicable United States federal and state laws and regulations governing patient care and medical documentation.</w:t>
      </w:r>
    </w:p>
    <w:p/>
    <w:p/>
    <w:p>
      <w:r>
        <w:rPr>
          <w:b w:val="0"/>
          <w:sz w:val="20"/>
        </w:rPr>
        <w:t>Place of Discharge Facility: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Physician / Healthcare Provider</w:t>
            </w:r>
          </w:p>
        </w:tc>
        <w:tc>
          <w:tcPr>
            <w:tcW w:type="dxa" w:w="4986"/>
            <w:tcBorders>
              <w:top w:val="nil"/>
              <w:left w:val="nil"/>
              <w:bottom w:val="nil"/>
              <w:right w:val="nil"/>
              <w:insideH w:val="nil"/>
              <w:insideV w:val="nil"/>
            </w:tcBorders>
          </w:tcPr>
          <w:p>
            <w:pPr>
              <w:jc w:val="center"/>
            </w:pPr>
            <w:r>
              <w:t>Patient / 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Relationship: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https://lettertemplate-us.com/hospital-patient-discharge-letter/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hospital-patient-discharg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