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HUMAN RESOURCES EMPLOYMENT LETTER</w:t>
      </w:r>
    </w:p>
    <w:p/>
    <w:p/>
    <w:p>
      <w:r>
        <w:rPr>
          <w:b/>
          <w:sz w:val="20"/>
        </w:rPr>
        <w:t>Employer Information:</w:t>
      </w:r>
    </w:p>
    <w:p>
      <w:r>
        <w:rPr>
          <w:b w:val="0"/>
          <w:sz w:val="20"/>
        </w:rPr>
        <w:t>Company Name: 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Position Details:</w:t>
      </w:r>
    </w:p>
    <w:p>
      <w:r>
        <w:rPr>
          <w:b w:val="0"/>
          <w:sz w:val="20"/>
        </w:rPr>
        <w:t>Job Title: ______________________________________________________________</w:t>
      </w:r>
    </w:p>
    <w:p>
      <w:r>
        <w:rPr>
          <w:b w:val="0"/>
          <w:sz w:val="20"/>
        </w:rPr>
        <w:t>Department: _____________________________________________________________</w:t>
      </w:r>
    </w:p>
    <w:p>
      <w:r>
        <w:rPr>
          <w:b w:val="0"/>
          <w:sz w:val="20"/>
        </w:rPr>
        <w:t>Supervisor: _____________________________________________________________</w:t>
      </w:r>
    </w:p>
    <w:p>
      <w:r>
        <w:rPr>
          <w:b w:val="0"/>
          <w:sz w:val="20"/>
        </w:rPr>
        <w:t>Employment Status: □ Full-Time    □ Part-Time    □ Temporary    □ Intern</w:t>
      </w:r>
    </w:p>
    <w:p>
      <w:r>
        <w:rPr>
          <w:b w:val="0"/>
          <w:sz w:val="20"/>
        </w:rPr>
        <w:t>Work Location: _________________________________________________________</w:t>
      </w:r>
    </w:p>
    <w:p/>
    <w:p>
      <w:r>
        <w:rPr>
          <w:b/>
          <w:sz w:val="20"/>
        </w:rPr>
        <w:t>Compensation and Benefits:</w:t>
      </w:r>
    </w:p>
    <w:p>
      <w:r>
        <w:rPr>
          <w:b w:val="0"/>
          <w:sz w:val="20"/>
        </w:rPr>
        <w:t>Salary: $__________________ per _______________ (e.g., hour, week, month, year)</w:t>
      </w:r>
    </w:p>
    <w:p>
      <w:r>
        <w:rPr>
          <w:b w:val="0"/>
          <w:sz w:val="20"/>
        </w:rPr>
        <w:t>Payment Schedule: ______________________________________________________</w:t>
      </w:r>
    </w:p>
    <w:p>
      <w:r>
        <w:rPr>
          <w:b w:val="0"/>
          <w:sz w:val="20"/>
        </w:rPr>
        <w:t>Overtime Eligibility: □ Eligible    □ Not Eligible</w:t>
      </w:r>
    </w:p>
    <w:p>
      <w:r>
        <w:rPr>
          <w:b w:val="0"/>
          <w:sz w:val="20"/>
        </w:rPr>
        <w:t>Benefits Provided: _____________________________________________________</w:t>
      </w:r>
    </w:p>
    <w:p/>
    <w:p>
      <w:r>
        <w:rPr>
          <w:b/>
          <w:sz w:val="20"/>
        </w:rPr>
        <w:t>Working Hours and Schedule:</w:t>
      </w:r>
    </w:p>
    <w:p>
      <w:r>
        <w:rPr>
          <w:b w:val="0"/>
          <w:sz w:val="20"/>
        </w:rPr>
        <w:t>Standard Work Hours: _______________ to _______________, _______________ days per week</w:t>
      </w:r>
    </w:p>
    <w:p>
      <w:r>
        <w:rPr>
          <w:b w:val="0"/>
          <w:sz w:val="20"/>
        </w:rPr>
        <w:t>Breaks: ________________________________________________________________</w:t>
      </w:r>
    </w:p>
    <w:p>
      <w:r>
        <w:rPr>
          <w:b w:val="0"/>
          <w:sz w:val="20"/>
        </w:rPr>
        <w:t>Flexible Schedule: □ Yes    □ No</w:t>
      </w:r>
    </w:p>
    <w:p/>
    <w:p>
      <w:r>
        <w:rPr>
          <w:b/>
          <w:sz w:val="20"/>
        </w:rPr>
        <w:t>Terms and Conditions of Employment:</w:t>
      </w:r>
    </w:p>
    <w:p>
      <w:r>
        <w:rPr>
          <w:b w:val="0"/>
          <w:sz w:val="20"/>
        </w:rPr>
        <w:t>This letter sets forth the terms and conditions of your employment with the Company. Employment is at-will, which means that either you or the Company may terminate the employment relationship at any time, with or without cause or notice, subject to applicable law.</w:t>
      </w:r>
    </w:p>
    <w:p/>
    <w:p>
      <w:r>
        <w:rPr>
          <w:b w:val="0"/>
          <w:sz w:val="20"/>
        </w:rPr>
        <w:t>You agree to comply with all Company policies and procedures as they may be amended from time to time. You acknowledge that this letter, together with any applicable policies, constitutes the entire agreement regarding your employment, superseding any prior agreements or understandings.</w:t>
      </w:r>
    </w:p>
    <w:p/>
    <w:p>
      <w:r>
        <w:rPr>
          <w:b/>
          <w:sz w:val="20"/>
        </w:rPr>
        <w:t>Confidentiality and Non-Disclosure:</w:t>
      </w:r>
    </w:p>
    <w:p>
      <w:r>
        <w:rPr>
          <w:b w:val="0"/>
          <w:sz w:val="20"/>
        </w:rPr>
        <w:t>You acknowledge that during your employment you may have access to proprietary, confidential, or trade secret information. You agree not to disclose such information to any third party during or after your employment, except as required by law or authorized by the Company.</w:t>
      </w:r>
    </w:p>
    <w:p/>
    <w:p>
      <w:r>
        <w:rPr>
          <w:b/>
          <w:sz w:val="20"/>
        </w:rPr>
        <w:t>Intellectual Property:</w:t>
      </w:r>
    </w:p>
    <w:p>
      <w:r>
        <w:rPr>
          <w:b w:val="0"/>
          <w:sz w:val="20"/>
        </w:rPr>
        <w:t>All inventions, designs, works of authorship, and other intellectual property created by you during the course of your employment that relate to the Company's business shall be the sole property of the Company.</w:t>
      </w:r>
    </w:p>
    <w:p/>
    <w:p>
      <w:r>
        <w:rPr>
          <w:b/>
          <w:sz w:val="20"/>
        </w:rPr>
        <w:t>Non-Competition and Non-Solicitation:</w:t>
      </w:r>
    </w:p>
    <w:p>
      <w:r>
        <w:rPr>
          <w:b w:val="0"/>
          <w:sz w:val="20"/>
        </w:rPr>
        <w:t>During your employment and for a period of _______ months following termination, you agree not to engage in any competing business activities or solicit the Company’s clients or employees, to the extent permitted by applicable law.</w:t>
      </w:r>
    </w:p>
    <w:p/>
    <w:p>
      <w:r>
        <w:rPr>
          <w:b/>
          <w:sz w:val="20"/>
        </w:rPr>
        <w:t>Termination:</w:t>
      </w:r>
    </w:p>
    <w:p>
      <w:r>
        <w:rPr>
          <w:b w:val="0"/>
          <w:sz w:val="20"/>
        </w:rPr>
        <w:t>Either party may terminate this employment relationship at any time, with or without cause or notice, subject to applicable state and federal laws. Upon termination, you agree to return all Company property and confidential information.</w:t>
      </w:r>
    </w:p>
    <w:p/>
    <w:p>
      <w:r>
        <w:rPr>
          <w:b/>
          <w:sz w:val="20"/>
        </w:rPr>
        <w:t>Dispute Resolution:</w:t>
      </w:r>
    </w:p>
    <w:p>
      <w:r>
        <w:rPr>
          <w:b w:val="0"/>
          <w:sz w:val="20"/>
        </w:rPr>
        <w:t>Any disputes arising out of or relating to your employment shall be resolved in accordance with Company policies and applicable law. The parties agree to attempt to resolve disputes through good-faith negotiation before resorting to litigation or arbitration.</w:t>
      </w:r>
    </w:p>
    <w:p/>
    <w:p>
      <w:r>
        <w:rPr>
          <w:b/>
          <w:sz w:val="20"/>
        </w:rPr>
        <w:t>Governing Law:</w:t>
      </w:r>
    </w:p>
    <w:p>
      <w:r>
        <w:rPr>
          <w:b w:val="0"/>
          <w:sz w:val="20"/>
        </w:rPr>
        <w:t>This agreement shall be governed by and construed in accordance with the laws of the United States of America and the State in which the Company's principal place of business is located, without regard to conflict of law principles.</w:t>
      </w:r>
    </w:p>
    <w:p/>
    <w:p/>
    <w:p>
      <w:r>
        <w:rPr>
          <w:b/>
          <w:sz w:val="20"/>
        </w:rPr>
        <w:t>Acceptance of Employment:</w:t>
      </w:r>
    </w:p>
    <w:p>
      <w:r>
        <w:rPr>
          <w:b w:val="0"/>
          <w:sz w:val="20"/>
        </w:rPr>
        <w:t>Please indicate your acceptance of this offer by signing below and returning a copy of this letter to the Company.</w:t>
      </w:r>
    </w:p>
    <w:p/>
    <w:p/>
    <w:p>
      <w:r>
        <w:rPr>
          <w:b w:val="0"/>
          <w:sz w:val="20"/>
        </w:rPr>
        <w:t>Signature of Employee: ________________________________________________</w:t>
      </w:r>
    </w:p>
    <w:p>
      <w:r>
        <w:rPr>
          <w:b w:val="0"/>
          <w:sz w:val="20"/>
        </w:rPr>
        <w:t>Printed Name: _________________________________________________________</w:t>
      </w:r>
    </w:p>
    <w:p>
      <w:r>
        <w:rPr>
          <w:b w:val="0"/>
          <w:sz w:val="20"/>
        </w:rPr>
      </w:r>
    </w:p>
    <w:p>
      <w:r>
        <w:rPr>
          <w:b w:val="0"/>
          <w:sz w:val="20"/>
        </w:rPr>
        <w:t>Signature of Employer Representative: _________________________________</w:t>
      </w:r>
    </w:p>
    <w:p>
      <w:r>
        <w:rPr>
          <w:b w:val="0"/>
          <w:sz w:val="20"/>
        </w:rPr>
        <w:t>Printed Name and Title: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Date: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https://lettertemplate-us.com/hr-letter/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h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