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IDENTITY THEFT REPORT AND DISPUTE LETTER</w:t>
      </w:r>
    </w:p>
    <w:p/>
    <w:p>
      <w:r>
        <w:rPr>
          <w:b/>
          <w:sz w:val="20"/>
        </w:rPr>
        <w:t>To Whom It May Concern:</w:t>
      </w:r>
    </w:p>
    <w:p/>
    <w:p>
      <w:r>
        <w:rPr>
          <w:b w:val="0"/>
          <w:sz w:val="20"/>
        </w:rPr>
        <w:t>I am writing to formally report identity theft and dispute fraudulent activity on my accounts. The following information pertains to the unauthorized use of my personal information and requests the immediate investigation and rectification of all related fraudulent entries.</w:t>
      </w:r>
    </w:p>
    <w:p/>
    <w:p/>
    <w:p>
      <w:r>
        <w:rPr>
          <w:b/>
          <w:sz w:val="20"/>
        </w:rPr>
        <w:t>Personal Information:</w:t>
      </w:r>
    </w:p>
    <w:p>
      <w:r>
        <w:rPr>
          <w:b w:val="0"/>
          <w:sz w:val="20"/>
        </w:rPr>
        <w:t>Full Name: ________________________________________________________________</w:t>
      </w:r>
    </w:p>
    <w:p>
      <w:r>
        <w:rPr>
          <w:b w:val="0"/>
          <w:sz w:val="20"/>
        </w:rPr>
        <w:t>Address: ___________________________________________________________________</w:t>
      </w:r>
    </w:p>
    <w:p>
      <w:r>
        <w:rPr>
          <w:b w:val="0"/>
          <w:sz w:val="20"/>
        </w:rPr>
        <w:t>City, State, Zip Code: _______________________________________________________</w:t>
      </w:r>
    </w:p>
    <w:p>
      <w:r>
        <w:rPr>
          <w:b w:val="0"/>
          <w:sz w:val="20"/>
        </w:rPr>
        <w:t>Phone Number: ______________________________________________________________</w:t>
      </w:r>
    </w:p>
    <w:p>
      <w:r>
        <w:rPr>
          <w:b w:val="0"/>
          <w:sz w:val="20"/>
        </w:rPr>
        <w:t>Email Address: ______________________________________________________________</w:t>
      </w:r>
    </w:p>
    <w:p/>
    <w:p>
      <w:r>
        <w:rPr>
          <w:b/>
          <w:sz w:val="20"/>
        </w:rPr>
        <w:t>Details of Identity Theft:</w:t>
      </w:r>
    </w:p>
    <w:p>
      <w:r>
        <w:rPr>
          <w:b w:val="0"/>
          <w:sz w:val="20"/>
        </w:rPr>
        <w:t>Description of fraudulent activity: 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Date(s) of fraudulent activity (if known): _____________________________________</w:t>
      </w:r>
    </w:p>
    <w:p>
      <w:r>
        <w:rPr>
          <w:b w:val="0"/>
          <w:sz w:val="20"/>
        </w:rPr>
        <w:t>Accounts affected (if known): 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Actions Already Taken:</w:t>
      </w:r>
    </w:p>
    <w:p>
      <w:r>
        <w:rPr>
          <w:b w:val="0"/>
          <w:sz w:val="20"/>
        </w:rPr>
        <w:t>I have already taken the following steps to address this identity theft:</w:t>
      </w:r>
    </w:p>
    <w:p>
      <w:r>
        <w:rPr>
          <w:b w:val="0"/>
          <w:sz w:val="20"/>
        </w:rPr>
        <w:t>1. Contacted the fraud department of the relevant financial institutions.</w:t>
      </w:r>
    </w:p>
    <w:p>
      <w:r>
        <w:rPr>
          <w:b w:val="0"/>
          <w:sz w:val="20"/>
        </w:rPr>
        <w:t>2. Placed fraud alerts on my credit reports with all three major credit bureaus.</w:t>
      </w:r>
    </w:p>
    <w:p>
      <w:r>
        <w:rPr>
          <w:b w:val="0"/>
          <w:sz w:val="20"/>
        </w:rPr>
        <w:t>3. Filed a police report with the law enforcement agency in my jurisdiction.</w:t>
      </w:r>
    </w:p>
    <w:p>
      <w:r>
        <w:rPr>
          <w:b w:val="0"/>
          <w:sz w:val="20"/>
        </w:rPr>
        <w:t>4. Notified the Federal Trade Commission via IdentityTheft.gov.</w:t>
      </w:r>
    </w:p>
    <w:p>
      <w:r>
        <w:rPr>
          <w:b w:val="0"/>
          <w:sz w:val="20"/>
        </w:rPr>
        <w:t>Please find attached copies of all relevant documentation supporting these actions.</w:t>
      </w:r>
    </w:p>
    <w:p/>
    <w:p>
      <w:r>
        <w:rPr>
          <w:b/>
          <w:sz w:val="20"/>
        </w:rPr>
        <w:t>Dispute Statement:</w:t>
      </w:r>
    </w:p>
    <w:p>
      <w:r>
        <w:rPr>
          <w:b w:val="0"/>
          <w:sz w:val="20"/>
        </w:rPr>
        <w:t>Pursuant to the Fair Credit Reporting Act (FCRA), I formally dispute the fraudulent information associated with my name and Social Security Number. I request the immediate investigation and removal of any inaccurate, incomplete, or unverifiable information from my credit report and any other records under your control.</w:t>
      </w:r>
    </w:p>
    <w:p>
      <w:r>
        <w:rPr>
          <w:b w:val="0"/>
          <w:sz w:val="20"/>
        </w:rPr>
        <w:t>Please update all records to reflect that I am a victim of identity theft and ensure that no further negative information or accounts resulting from this fraudulent activity are attributed to me.</w:t>
      </w:r>
    </w:p>
    <w:p/>
    <w:p>
      <w:r>
        <w:rPr>
          <w:b/>
          <w:sz w:val="20"/>
        </w:rPr>
        <w:t>Request for Confirmation:</w:t>
      </w:r>
    </w:p>
    <w:p>
      <w:r>
        <w:rPr>
          <w:b w:val="0"/>
          <w:sz w:val="20"/>
        </w:rPr>
        <w:t>Kindly provide written confirmation of receipt of this letter, the initiation of your investigation, and the results once completed. I expect all corrective actions to be completed promptly and in accordance with applicable laws including the FCRA, the Fair Debt Collection Practices Act (FDCPA), and other relevant regulations.</w:t>
      </w:r>
    </w:p>
    <w:p/>
    <w:p>
      <w:r>
        <w:rPr>
          <w:b/>
          <w:sz w:val="20"/>
        </w:rPr>
        <w:t>Attachments:</w:t>
      </w:r>
    </w:p>
    <w:p>
      <w:r>
        <w:rPr>
          <w:b w:val="0"/>
          <w:sz w:val="20"/>
        </w:rPr>
        <w:t>Enclosed with this letter are copies of the following documentation to support my claim:</w:t>
      </w:r>
    </w:p>
    <w:p>
      <w:r>
        <w:rPr>
          <w:b w:val="0"/>
          <w:sz w:val="20"/>
        </w:rPr>
        <w:t>- A copy of my government-issued identification (e.g., driver’s license, passport).</w:t>
      </w:r>
    </w:p>
    <w:p>
      <w:r>
        <w:rPr>
          <w:b w:val="0"/>
          <w:sz w:val="20"/>
        </w:rPr>
        <w:t>- A copy of the police report regarding the identity theft.</w:t>
      </w:r>
    </w:p>
    <w:p>
      <w:r>
        <w:rPr>
          <w:b w:val="0"/>
          <w:sz w:val="20"/>
        </w:rPr>
        <w:t>- A copy of the FTC Identity Theft Report.</w:t>
      </w:r>
    </w:p>
    <w:p>
      <w:r>
        <w:rPr>
          <w:b w:val="0"/>
          <w:sz w:val="20"/>
        </w:rPr>
        <w:t>- Fraud alerts placed on credit reports.</w:t>
      </w:r>
    </w:p>
    <w:p>
      <w:r>
        <w:rPr>
          <w:b w:val="0"/>
          <w:sz w:val="20"/>
        </w:rPr>
        <w:t>- Any correspondence with financial institutions or credit bureaus.</w:t>
      </w:r>
    </w:p>
    <w:p/>
    <w:p>
      <w:r>
        <w:rPr>
          <w:b/>
          <w:sz w:val="20"/>
        </w:rPr>
        <w:t>Legal Rights and Consequences:</w:t>
      </w:r>
    </w:p>
    <w:p>
      <w:r>
        <w:rPr>
          <w:b w:val="0"/>
          <w:sz w:val="20"/>
        </w:rPr>
        <w:t>Please be advised that under United States law, including but not limited to the Fair Credit Reporting Act, the Fair Debt Collection Practices Act, and the Identity Theft and Assumption Deterrence Act, I have the right to dispute fraudulent and inaccurate information and seek remediation.</w:t>
      </w:r>
    </w:p>
    <w:p>
      <w:r>
        <w:rPr>
          <w:b w:val="0"/>
          <w:sz w:val="20"/>
        </w:rPr>
        <w:t>Failure to comply with these requests may result in further legal action to protect my rights and credit integrity.</w:t>
      </w:r>
    </w:p>
    <w:p/>
    <w:p/>
    <w:p>
      <w:r>
        <w:rPr>
          <w:b w:val="0"/>
          <w:sz w:val="20"/>
        </w:rPr>
        <w:t>Thank you for your prompt attention to this serious matter. Should you require any additional information, please do not hesitate to contact me at the above-listed phone number or email address.</w:t>
      </w:r>
    </w:p>
    <w:p/>
    <w:p/>
    <w:p>
      <w:r>
        <w:rPr>
          <w:b w:val="0"/>
          <w:sz w:val="20"/>
        </w:rPr>
        <w:t>Sincerely,</w:t>
      </w:r>
    </w:p>
    <w:p/>
    <w:p/>
    <w:p/>
    <w:p/>
    <w:p>
      <w:r>
        <w:rPr>
          <w:b w:val="0"/>
          <w:sz w:val="20"/>
        </w:rPr>
        <w:t>___________________________________________</w:t>
      </w:r>
    </w:p>
    <w:p>
      <w:r>
        <w:rPr>
          <w:b w:val="0"/>
          <w:sz w:val="20"/>
        </w:rPr>
        <w:t>Signature</w:t>
      </w:r>
    </w:p>
    <w:p/>
    <w:p/>
    <w:p>
      <w:r>
        <w:rPr>
          <w:b w:val="0"/>
          <w:sz w:val="20"/>
        </w:rPr>
        <w:t>Printed Name: ______________________________________________________________</w:t>
      </w:r>
    </w:p>
    <w:p>
      <w:r>
        <w:rPr>
          <w:b w:val="0"/>
          <w:sz w:val="20"/>
        </w:rPr>
        <w:t>Date of Signing: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https://lettertemplate-us.com/identity-theft-letter/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identity-thef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