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INDIVIDUALIZED EDUCATION PROGRAM (IEP) MEETING REQUEST LETTER</w:t>
      </w:r>
    </w:p>
    <w:p/>
    <w:p/>
    <w:p>
      <w:r>
        <w:rPr>
          <w:b/>
          <w:sz w:val="20"/>
        </w:rPr>
        <w:t>Sender Information:</w:t>
      </w:r>
    </w:p>
    <w:p>
      <w:r>
        <w:rPr>
          <w:b w:val="0"/>
          <w:sz w:val="20"/>
        </w:rPr>
        <w:t>Name: ________________________________________________________________</w:t>
      </w:r>
    </w:p>
    <w:p>
      <w:r>
        <w:rPr>
          <w:b w:val="0"/>
          <w:sz w:val="20"/>
        </w:rPr>
        <w:t>Position/Role: _________________________________________________________</w:t>
      </w:r>
    </w:p>
    <w:p>
      <w:r>
        <w:rPr>
          <w:b w:val="0"/>
          <w:sz w:val="20"/>
        </w:rPr>
        <w:t>School/Organization: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Recipient Information:</w:t>
      </w:r>
    </w:p>
    <w:p>
      <w:r>
        <w:rPr>
          <w:b w:val="0"/>
          <w:sz w:val="20"/>
        </w:rPr>
        <w:t>Name: ________________________________________________________________</w:t>
      </w:r>
    </w:p>
    <w:p>
      <w:r>
        <w:rPr>
          <w:b w:val="0"/>
          <w:sz w:val="20"/>
        </w:rPr>
        <w:t>Position/Role: _________________________________________________________</w:t>
      </w:r>
    </w:p>
    <w:p>
      <w:r>
        <w:rPr>
          <w:b w:val="0"/>
          <w:sz w:val="20"/>
        </w:rPr>
        <w:t>School/Organization: _________________________________________________</w:t>
      </w:r>
    </w:p>
    <w:p>
      <w:r>
        <w:rPr>
          <w:b w:val="0"/>
          <w:sz w:val="20"/>
        </w:rPr>
        <w:t>Address: ______________________________________________________________</w:t>
      </w:r>
    </w:p>
    <w:p/>
    <w:p/>
    <w:p>
      <w:r>
        <w:rPr>
          <w:b/>
          <w:sz w:val="20"/>
        </w:rPr>
        <w:t>Subject: Request for IEP Meeting to Discuss Student Needs</w:t>
      </w:r>
    </w:p>
    <w:p/>
    <w:p/>
    <w:p>
      <w:r>
        <w:rPr>
          <w:b w:val="0"/>
          <w:sz w:val="20"/>
        </w:rPr>
        <w:t>Dear ________________________________________________________________,</w:t>
      </w:r>
    </w:p>
    <w:p/>
    <w:p>
      <w:r>
        <w:rPr>
          <w:b w:val="0"/>
          <w:sz w:val="20"/>
        </w:rPr>
        <w:t>I am writing to formally request an Individualized Education Program (IEP) meeting for the student named below. This meeting is necessary to review, discuss, and develop or revise the student's educational plan in accordance with the Individuals with Disabilities Education Act (IDEA) and applicable state laws.</w:t>
      </w:r>
    </w:p>
    <w:p/>
    <w:p/>
    <w:p>
      <w:r>
        <w:rPr>
          <w:b/>
          <w:sz w:val="20"/>
        </w:rPr>
        <w:t>Student Information:</w:t>
      </w:r>
    </w:p>
    <w:p>
      <w:r>
        <w:rPr>
          <w:b w:val="0"/>
          <w:sz w:val="20"/>
        </w:rPr>
        <w:t>Full Name: _____________________________________________________________</w:t>
      </w:r>
    </w:p>
    <w:p>
      <w:r>
        <w:rPr>
          <w:b w:val="0"/>
          <w:sz w:val="20"/>
        </w:rPr>
        <w:t>Date of Birth: __________________________________________________________</w:t>
      </w:r>
    </w:p>
    <w:p>
      <w:r>
        <w:rPr>
          <w:b w:val="0"/>
          <w:sz w:val="20"/>
        </w:rPr>
        <w:t>School/Grade: __________________________________________________________</w:t>
      </w:r>
    </w:p>
    <w:p>
      <w:r>
        <w:rPr>
          <w:b w:val="0"/>
          <w:sz w:val="20"/>
        </w:rPr>
        <w:t>Student ID (if applicable): ______________________________________________</w:t>
      </w:r>
    </w:p>
    <w:p/>
    <w:p/>
    <w:p>
      <w:r>
        <w:rPr>
          <w:b/>
          <w:sz w:val="20"/>
        </w:rPr>
        <w:t>Reason for IEP Meeting Request:</w:t>
      </w:r>
    </w:p>
    <w:p>
      <w:r>
        <w:rPr>
          <w:b w:val="0"/>
          <w:sz w:val="20"/>
        </w:rPr>
        <w:t>Please provide detailed reason(s) for requesting this meeting, such as initial evaluation, reevaluation, annual review, consideration of special education eligibility, placement changes, or other concerns.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p>
      <w:r>
        <w:rPr>
          <w:b/>
          <w:sz w:val="20"/>
        </w:rPr>
        <w:t>Legal Basis and Parental Rights:</w:t>
      </w:r>
    </w:p>
    <w:p>
      <w:r>
        <w:rPr>
          <w:b w:val="0"/>
          <w:sz w:val="20"/>
        </w:rPr>
        <w:t>This request is made pursuant to the Individuals with Disabilities Education Act (IDEA), which ensures that students with disabilities receive a free appropriate public education (FAPE) in the least restrictive environment. Parents and guardians have the right to participate in all meetings concerning the identification, evaluation, and educational placement of their child, as well as the provision of a free appropriate public education.</w:t>
      </w:r>
    </w:p>
    <w:p/>
    <w:p/>
    <w:p>
      <w:r>
        <w:rPr>
          <w:b/>
          <w:sz w:val="20"/>
        </w:rPr>
        <w:t>Proposed Meeting Details:</w:t>
      </w:r>
    </w:p>
    <w:p>
      <w:r>
        <w:rPr>
          <w:b w:val="0"/>
          <w:sz w:val="20"/>
        </w:rPr>
        <w:t>Requested Date(s): ______________________________________________________</w:t>
      </w:r>
    </w:p>
    <w:p>
      <w:r>
        <w:rPr>
          <w:b w:val="0"/>
          <w:sz w:val="20"/>
        </w:rPr>
        <w:t>Requested Time(s): ______________________________________________________</w:t>
      </w:r>
    </w:p>
    <w:p>
      <w:r>
        <w:rPr>
          <w:b w:val="0"/>
          <w:sz w:val="20"/>
        </w:rPr>
        <w:t>Location: _______________________________________________________________</w:t>
      </w:r>
    </w:p>
    <w:p/>
    <w:p/>
    <w:p>
      <w:r>
        <w:rPr>
          <w:b/>
          <w:sz w:val="20"/>
        </w:rPr>
        <w:t>Suggested Attendees:</w:t>
      </w:r>
    </w:p>
    <w:p>
      <w:r>
        <w:rPr>
          <w:b w:val="0"/>
          <w:sz w:val="20"/>
        </w:rPr>
        <w:t>Please list individuals whose attendance is requested at the meeting, such as parents/guardians, special education teachers, general education teachers, school psychologists, therapists, administrators, or others relevant to the student's education.</w:t>
      </w:r>
    </w:p>
    <w:p>
      <w:r>
        <w:rPr>
          <w:b w:val="0"/>
          <w:sz w:val="20"/>
        </w:rPr>
        <w:t>_________________________________________________________________________</w:t>
      </w:r>
    </w:p>
    <w:p>
      <w:r>
        <w:rPr>
          <w:b w:val="0"/>
          <w:sz w:val="20"/>
        </w:rPr>
        <w:t>_________________________________________________________________________</w:t>
      </w:r>
    </w:p>
    <w:p/>
    <w:p/>
    <w:p>
      <w:r>
        <w:rPr>
          <w:b/>
          <w:sz w:val="20"/>
        </w:rPr>
        <w:t>Additional Information or Documents to Review:</w:t>
      </w:r>
    </w:p>
    <w:p>
      <w:r>
        <w:rPr>
          <w:b w:val="0"/>
          <w:sz w:val="20"/>
        </w:rPr>
        <w:t>Please indicate any evaluations, reports, assessments, or other documentation you wish to have considered during the meeting.</w:t>
      </w:r>
    </w:p>
    <w:p>
      <w:r>
        <w:rPr>
          <w:b w:val="0"/>
          <w:sz w:val="20"/>
        </w:rPr>
        <w:t>_________________________________________________________________________</w:t>
      </w:r>
    </w:p>
    <w:p>
      <w:r>
        <w:rPr>
          <w:b w:val="0"/>
          <w:sz w:val="20"/>
        </w:rPr>
        <w:t>_________________________________________________________________________</w:t>
      </w:r>
    </w:p>
    <w:p/>
    <w:p/>
    <w:p>
      <w:r>
        <w:rPr>
          <w:b/>
          <w:sz w:val="20"/>
        </w:rPr>
        <w:t>Contact Information for Scheduling and Questions:</w:t>
      </w:r>
    </w:p>
    <w:p>
      <w:r>
        <w:rPr>
          <w:b w:val="0"/>
          <w:sz w:val="20"/>
        </w:rPr>
        <w:t>Name: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Thank you for your attention to this important matter. Please confirm the meeting date and time at your earliest convenience so we can ensure the student's educational needs are appropriately met. Should you have any questions or require additional information, please do not hesitate to contact me.</w:t>
      </w:r>
    </w:p>
    <w:p/>
    <w:p/>
    <w:p>
      <w:r>
        <w:rPr>
          <w:b w:val="0"/>
          <w:sz w:val="20"/>
        </w:rPr>
        <w:t>Sincerely,</w:t>
      </w:r>
    </w:p>
    <w:p/>
    <w:p/>
    <w:p/>
    <w:p/>
    <w:p>
      <w:r>
        <w:rPr>
          <w:b w:val="0"/>
          <w:sz w:val="20"/>
        </w:rPr>
        <w:t>_____________________________________________________________</w:t>
      </w:r>
    </w:p>
    <w:p>
      <w:r>
        <w:rPr>
          <w:b w:val="0"/>
          <w:sz w:val="20"/>
        </w:rPr>
        <w:t>Signature of Requestor</w:t>
      </w:r>
    </w:p>
    <w:p/>
    <w:p/>
    <w:p>
      <w:r>
        <w:rPr>
          <w:b w:val="0"/>
          <w:sz w:val="20"/>
        </w:rPr>
        <w:t>_____________________________________________________________</w:t>
      </w:r>
    </w:p>
    <w:p>
      <w:r>
        <w:rPr>
          <w:b w:val="0"/>
          <w:sz w:val="20"/>
        </w:rPr>
        <w:t>Printed Name</w:t>
      </w:r>
    </w:p>
    <w:p/>
    <w:p/>
    <w:p>
      <w:r>
        <w:rPr>
          <w:b w:val="0"/>
          <w:sz w:val="20"/>
        </w:rPr>
        <w:t>_____________________________________________________________</w:t>
      </w:r>
    </w:p>
    <w:p>
      <w:r>
        <w:rPr>
          <w:b w:val="0"/>
          <w:sz w:val="20"/>
        </w:rPr>
        <w:t>Date</w:t>
      </w:r>
    </w:p>
    <w:p/>
    <w:p/>
    <w:p/>
    <w:p>
      <w:r>
        <w:rPr>
          <w:b/>
          <w:sz w:val="20"/>
        </w:rPr>
        <w:t>Acknowledgment of Receipt (To be completed by recipient):</w:t>
      </w:r>
    </w:p>
    <w:p>
      <w:r>
        <w:rPr>
          <w:b w:val="0"/>
          <w:sz w:val="20"/>
        </w:rPr>
        <w:t>I hereby acknowledge receipt of this IEP meeting request and will take the necessary steps to schedule and facilitate the meeting.</w:t>
      </w:r>
    </w:p>
    <w:p/>
    <w:p>
      <w:r>
        <w:rPr>
          <w:b w:val="0"/>
          <w:sz w:val="20"/>
        </w:rPr>
        <w:t>Recipient Name: _________________________________________________________</w:t>
      </w:r>
    </w:p>
    <w:p>
      <w:r>
        <w:rPr>
          <w:b w:val="0"/>
          <w:sz w:val="20"/>
        </w:rPr>
        <w:t>Position/Role: 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Requestor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https://lettertemplate-us.com/iep-meeting-request-letter/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iep-meeting-reques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